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734F52" w14:textId="46F0F7A8" w:rsidR="004438E1" w:rsidRPr="00810501" w:rsidRDefault="00000000">
      <w:pPr>
        <w:spacing w:after="80"/>
        <w:jc w:val="center"/>
        <w:rPr>
          <w:rFonts w:ascii="微軟正黑體" w:eastAsia="微軟正黑體" w:hAnsi="微軟正黑體"/>
          <w:lang w:eastAsia="zh-TW"/>
        </w:rPr>
      </w:pPr>
      <w:r w:rsidRPr="00810501">
        <w:rPr>
          <w:rFonts w:ascii="微軟正黑體" w:eastAsia="微軟正黑體" w:hAnsi="微軟正黑體"/>
          <w:b/>
          <w:color w:val="1F4E79"/>
          <w:sz w:val="36"/>
          <w:lang w:eastAsia="zh-TW"/>
        </w:rPr>
        <w:t>上市櫃公司網站</w:t>
      </w:r>
      <w:r w:rsidR="00D242AD">
        <w:rPr>
          <w:rFonts w:ascii="微軟正黑體" w:eastAsia="微軟正黑體" w:hAnsi="微軟正黑體" w:hint="eastAsia"/>
          <w:b/>
          <w:color w:val="1F4E79"/>
          <w:sz w:val="36"/>
          <w:lang w:eastAsia="zh-TW"/>
        </w:rPr>
        <w:t>八</w:t>
      </w:r>
      <w:r w:rsidRPr="00810501">
        <w:rPr>
          <w:rFonts w:ascii="微軟正黑體" w:eastAsia="微軟正黑體" w:hAnsi="微軟正黑體" w:hint="eastAsia"/>
          <w:b/>
          <w:color w:val="1F4E79"/>
          <w:sz w:val="36"/>
          <w:lang w:eastAsia="zh-TW"/>
        </w:rPr>
        <w:t>大</w:t>
      </w:r>
      <w:r w:rsidRPr="00810501">
        <w:rPr>
          <w:rFonts w:ascii="微軟正黑體" w:eastAsia="微軟正黑體" w:hAnsi="微軟正黑體"/>
          <w:b/>
          <w:color w:val="1F4E79"/>
          <w:sz w:val="36"/>
          <w:lang w:eastAsia="zh-TW"/>
        </w:rPr>
        <w:t>區塊｜客戶資料準備</w:t>
      </w:r>
      <w:r w:rsidR="00717B41">
        <w:rPr>
          <w:rFonts w:ascii="微軟正黑體" w:eastAsia="微軟正黑體" w:hAnsi="微軟正黑體" w:hint="eastAsia"/>
          <w:b/>
          <w:color w:val="1F4E79"/>
          <w:sz w:val="36"/>
          <w:lang w:eastAsia="zh-TW"/>
        </w:rPr>
        <w:t>自檢</w:t>
      </w:r>
      <w:r w:rsidRPr="00810501">
        <w:rPr>
          <w:rFonts w:ascii="微軟正黑體" w:eastAsia="微軟正黑體" w:hAnsi="微軟正黑體"/>
          <w:b/>
          <w:color w:val="1F4E79"/>
          <w:sz w:val="36"/>
          <w:lang w:eastAsia="zh-TW"/>
        </w:rPr>
        <w:t>表</w:t>
      </w:r>
    </w:p>
    <w:p w14:paraId="05B6FC05" w14:textId="77777777" w:rsidR="004438E1" w:rsidRPr="00810501" w:rsidRDefault="00000000">
      <w:pPr>
        <w:jc w:val="center"/>
        <w:rPr>
          <w:rFonts w:ascii="微軟正黑體" w:eastAsia="微軟正黑體" w:hAnsi="微軟正黑體"/>
          <w:lang w:eastAsia="zh-TW"/>
        </w:rPr>
      </w:pPr>
      <w:r w:rsidRPr="00810501">
        <w:rPr>
          <w:rFonts w:ascii="微軟正黑體" w:eastAsia="微軟正黑體" w:hAnsi="微軟正黑體"/>
          <w:color w:val="595959"/>
          <w:sz w:val="19"/>
          <w:lang w:eastAsia="zh-TW"/>
        </w:rPr>
        <w:t>用途：網站規劃訪談、客戶資料蒐集、內容缺件追蹤及中英文上稿管理</w:t>
      </w:r>
    </w:p>
    <w:tbl>
      <w:tblPr>
        <w:tblStyle w:val="aff2"/>
        <w:tblW w:w="15272" w:type="dxa"/>
        <w:jc w:val="center"/>
        <w:tblLayout w:type="fixed"/>
        <w:tblLook w:val="04A0" w:firstRow="1" w:lastRow="0" w:firstColumn="1" w:lastColumn="0" w:noHBand="0" w:noVBand="1"/>
      </w:tblPr>
      <w:tblGrid>
        <w:gridCol w:w="1713"/>
        <w:gridCol w:w="2126"/>
        <w:gridCol w:w="6803"/>
        <w:gridCol w:w="3496"/>
        <w:gridCol w:w="1134"/>
      </w:tblGrid>
      <w:tr w:rsidR="00717B41" w:rsidRPr="00810501" w14:paraId="09B0BCAD" w14:textId="69A847ED" w:rsidTr="00717B41">
        <w:trPr>
          <w:cantSplit/>
          <w:tblHeader/>
          <w:jc w:val="center"/>
        </w:trPr>
        <w:tc>
          <w:tcPr>
            <w:tcW w:w="1713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7EF0FC6" w14:textId="17E54B54" w:rsidR="00717B41" w:rsidRPr="00B97810" w:rsidRDefault="00717B41" w:rsidP="00717B41">
            <w:pPr>
              <w:spacing w:line="252" w:lineRule="auto"/>
              <w:jc w:val="center"/>
              <w:rPr>
                <w:rFonts w:ascii="微軟正黑體" w:eastAsia="微軟正黑體" w:hAnsi="微軟正黑體"/>
                <w:b/>
                <w:color w:val="FFFFFF"/>
                <w:lang w:eastAsia="zh-TW"/>
              </w:rPr>
            </w:pPr>
            <w:proofErr w:type="spellStart"/>
            <w:r w:rsidRPr="00810501">
              <w:rPr>
                <w:rFonts w:ascii="微軟正黑體" w:eastAsia="微軟正黑體" w:hAnsi="微軟正黑體"/>
                <w:b/>
                <w:color w:val="FFFFFF"/>
              </w:rPr>
              <w:t>項目</w:t>
            </w:r>
            <w:proofErr w:type="spellEnd"/>
            <w:r>
              <w:rPr>
                <w:rFonts w:ascii="微軟正黑體" w:eastAsia="微軟正黑體" w:hAnsi="微軟正黑體" w:hint="eastAsia"/>
                <w:b/>
                <w:color w:val="FFFFFF"/>
                <w:lang w:eastAsia="zh-TW"/>
              </w:rPr>
              <w:t>分類</w:t>
            </w:r>
          </w:p>
        </w:tc>
        <w:tc>
          <w:tcPr>
            <w:tcW w:w="2126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93D1578" w14:textId="77777777" w:rsidR="00717B41" w:rsidRPr="00810501" w:rsidRDefault="00717B41" w:rsidP="00717B41">
            <w:pPr>
              <w:spacing w:line="252" w:lineRule="auto"/>
              <w:jc w:val="center"/>
              <w:rPr>
                <w:rFonts w:ascii="微軟正黑體" w:eastAsia="微軟正黑體" w:hAnsi="微軟正黑體"/>
              </w:rPr>
            </w:pPr>
            <w:proofErr w:type="spellStart"/>
            <w:r w:rsidRPr="00810501">
              <w:rPr>
                <w:rFonts w:ascii="微軟正黑體" w:eastAsia="微軟正黑體" w:hAnsi="微軟正黑體"/>
                <w:b/>
                <w:color w:val="FFFFFF"/>
              </w:rPr>
              <w:t>資料類型</w:t>
            </w:r>
            <w:proofErr w:type="spellEnd"/>
          </w:p>
        </w:tc>
        <w:tc>
          <w:tcPr>
            <w:tcW w:w="6803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76D5DB6" w14:textId="77777777" w:rsidR="00717B41" w:rsidRPr="00810501" w:rsidRDefault="00717B41" w:rsidP="00717B41">
            <w:pPr>
              <w:spacing w:line="252" w:lineRule="auto"/>
              <w:jc w:val="center"/>
              <w:rPr>
                <w:rFonts w:ascii="微軟正黑體" w:eastAsia="微軟正黑體" w:hAnsi="微軟正黑體"/>
              </w:rPr>
            </w:pPr>
            <w:proofErr w:type="spellStart"/>
            <w:r w:rsidRPr="00810501">
              <w:rPr>
                <w:rFonts w:ascii="微軟正黑體" w:eastAsia="微軟正黑體" w:hAnsi="微軟正黑體"/>
                <w:b/>
                <w:color w:val="FFFFFF"/>
              </w:rPr>
              <w:t>客戶需準備內容</w:t>
            </w:r>
            <w:proofErr w:type="spellEnd"/>
          </w:p>
        </w:tc>
        <w:tc>
          <w:tcPr>
            <w:tcW w:w="3496" w:type="dxa"/>
            <w:shd w:val="clear" w:color="auto" w:fill="1E4E79"/>
            <w:vAlign w:val="center"/>
          </w:tcPr>
          <w:p w14:paraId="542F8A34" w14:textId="6F3E3F40" w:rsidR="00717B41" w:rsidRPr="00810501" w:rsidRDefault="00717B41" w:rsidP="00717B41">
            <w:pPr>
              <w:spacing w:line="252" w:lineRule="auto"/>
              <w:jc w:val="center"/>
              <w:rPr>
                <w:rFonts w:ascii="微軟正黑體" w:eastAsia="微軟正黑體" w:hAnsi="微軟正黑體"/>
                <w:b/>
                <w:color w:val="FFFFFF"/>
              </w:rPr>
            </w:pPr>
            <w:proofErr w:type="spellStart"/>
            <w:r>
              <w:rPr>
                <w:rFonts w:ascii="微軟正黑體" w:eastAsia="微軟正黑體" w:hAnsi="微軟正黑體"/>
                <w:b/>
                <w:color w:val="FFFFFF"/>
              </w:rPr>
              <w:t>主要提供部門或角色</w:t>
            </w:r>
            <w:proofErr w:type="spellEnd"/>
          </w:p>
        </w:tc>
        <w:tc>
          <w:tcPr>
            <w:tcW w:w="1134" w:type="dxa"/>
            <w:shd w:val="clear" w:color="auto" w:fill="1E4E79"/>
            <w:vAlign w:val="center"/>
          </w:tcPr>
          <w:p w14:paraId="77DC4016" w14:textId="5CDEFD23" w:rsidR="00717B41" w:rsidRDefault="00717B41" w:rsidP="00717B41">
            <w:pPr>
              <w:spacing w:line="252" w:lineRule="auto"/>
              <w:jc w:val="center"/>
              <w:rPr>
                <w:rFonts w:ascii="微軟正黑體" w:eastAsia="微軟正黑體" w:hAnsi="微軟正黑體"/>
                <w:b/>
                <w:color w:val="FFFFFF"/>
              </w:rPr>
            </w:pPr>
            <w:r>
              <w:rPr>
                <w:rFonts w:ascii="微軟正黑體" w:eastAsia="微軟正黑體" w:hAnsi="微軟正黑體" w:hint="eastAsia"/>
                <w:b/>
                <w:color w:val="FFFFFF"/>
                <w:lang w:eastAsia="zh-TW"/>
              </w:rPr>
              <w:t>完成打勾</w:t>
            </w:r>
          </w:p>
        </w:tc>
      </w:tr>
      <w:tr w:rsidR="00717B41" w:rsidRPr="00810501" w14:paraId="7B4BDEA3" w14:textId="579388E6" w:rsidTr="00717B41">
        <w:trPr>
          <w:cantSplit/>
          <w:jc w:val="center"/>
        </w:trPr>
        <w:tc>
          <w:tcPr>
            <w:tcW w:w="1713" w:type="dxa"/>
            <w:vMerge w:val="restart"/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C42FD1B" w14:textId="687E6076" w:rsidR="00717B41" w:rsidRPr="00810501" w:rsidRDefault="00717B41" w:rsidP="00717B41">
            <w:pPr>
              <w:spacing w:line="252" w:lineRule="auto"/>
              <w:jc w:val="both"/>
              <w:rPr>
                <w:rFonts w:ascii="微軟正黑體" w:eastAsia="微軟正黑體" w:hAnsi="微軟正黑體"/>
              </w:rPr>
            </w:pPr>
            <w:r w:rsidRPr="00810501">
              <w:rPr>
                <w:rFonts w:ascii="微軟正黑體" w:eastAsia="微軟正黑體" w:hAnsi="微軟正黑體"/>
                <w:b/>
                <w:color w:val="1F1F1F"/>
                <w:sz w:val="19"/>
              </w:rPr>
              <w:t>一、</w:t>
            </w:r>
            <w:r>
              <w:rPr>
                <w:rFonts w:ascii="微軟正黑體" w:eastAsia="微軟正黑體" w:hAnsi="微軟正黑體" w:hint="eastAsia"/>
                <w:b/>
                <w:color w:val="1F1F1F"/>
                <w:sz w:val="19"/>
                <w:lang w:eastAsia="zh-TW"/>
              </w:rPr>
              <w:t>關於我們</w:t>
            </w:r>
          </w:p>
        </w:tc>
        <w:tc>
          <w:tcPr>
            <w:tcW w:w="212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0F4E0DC" w14:textId="77777777" w:rsidR="00717B41" w:rsidRPr="00810501" w:rsidRDefault="00717B41" w:rsidP="00717B41">
            <w:pPr>
              <w:spacing w:line="252" w:lineRule="auto"/>
              <w:jc w:val="both"/>
              <w:rPr>
                <w:rFonts w:ascii="微軟正黑體" w:eastAsia="微軟正黑體" w:hAnsi="微軟正黑體"/>
              </w:rPr>
            </w:pPr>
            <w:proofErr w:type="spellStart"/>
            <w:r w:rsidRPr="00810501">
              <w:rPr>
                <w:rFonts w:ascii="微軟正黑體" w:eastAsia="微軟正黑體" w:hAnsi="微軟正黑體"/>
                <w:b/>
                <w:color w:val="1F1F1F"/>
                <w:sz w:val="18"/>
              </w:rPr>
              <w:t>公司簡介</w:t>
            </w:r>
            <w:proofErr w:type="spellEnd"/>
          </w:p>
        </w:tc>
        <w:tc>
          <w:tcPr>
            <w:tcW w:w="6803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D63088E" w14:textId="77777777" w:rsidR="00717B41" w:rsidRPr="00810501" w:rsidRDefault="00717B41" w:rsidP="00717B41">
            <w:pPr>
              <w:spacing w:line="252" w:lineRule="auto"/>
              <w:jc w:val="both"/>
              <w:rPr>
                <w:rFonts w:ascii="微軟正黑體" w:eastAsia="微軟正黑體" w:hAnsi="微軟正黑體"/>
                <w:lang w:eastAsia="zh-TW"/>
              </w:rPr>
            </w:pPr>
            <w:r w:rsidRPr="00810501">
              <w:rPr>
                <w:rFonts w:ascii="微軟正黑體" w:eastAsia="微軟正黑體" w:hAnsi="微軟正黑體"/>
                <w:color w:val="333333"/>
                <w:sz w:val="18"/>
                <w:lang w:eastAsia="zh-TW"/>
              </w:rPr>
              <w:t>公司成立時間、主要業務、核心產品或服務、主要市場、營運據點、公司規模、產業定位及競爭優勢。</w:t>
            </w:r>
          </w:p>
        </w:tc>
        <w:tc>
          <w:tcPr>
            <w:tcW w:w="3496" w:type="dxa"/>
            <w:vAlign w:val="center"/>
          </w:tcPr>
          <w:p w14:paraId="2B3E39B6" w14:textId="73B449A1" w:rsidR="00717B41" w:rsidRPr="00810501" w:rsidRDefault="00717B41" w:rsidP="00717B41">
            <w:pPr>
              <w:spacing w:line="252" w:lineRule="auto"/>
              <w:jc w:val="both"/>
              <w:rPr>
                <w:rFonts w:ascii="微軟正黑體" w:eastAsia="微軟正黑體" w:hAnsi="微軟正黑體"/>
                <w:color w:val="333333"/>
                <w:sz w:val="18"/>
                <w:lang w:eastAsia="zh-TW"/>
              </w:rPr>
            </w:pPr>
            <w:r>
              <w:rPr>
                <w:rFonts w:ascii="微軟正黑體" w:eastAsia="微軟正黑體" w:hAnsi="微軟正黑體"/>
                <w:color w:val="333333"/>
                <w:sz w:val="17"/>
                <w:lang w:eastAsia="zh-TW"/>
              </w:rPr>
              <w:t>總經理室／</w:t>
            </w:r>
            <w:r>
              <w:rPr>
                <w:rFonts w:ascii="微軟正黑體" w:eastAsia="微軟正黑體" w:hAnsi="微軟正黑體" w:hint="eastAsia"/>
                <w:color w:val="333333"/>
                <w:sz w:val="17"/>
                <w:lang w:eastAsia="zh-TW"/>
              </w:rPr>
              <w:t>業務部或行銷部</w:t>
            </w:r>
          </w:p>
        </w:tc>
        <w:tc>
          <w:tcPr>
            <w:tcW w:w="1134" w:type="dxa"/>
            <w:vAlign w:val="center"/>
          </w:tcPr>
          <w:p w14:paraId="51F7B19A" w14:textId="77777777" w:rsidR="00717B41" w:rsidRDefault="00717B41" w:rsidP="00717B41">
            <w:pPr>
              <w:spacing w:line="252" w:lineRule="auto"/>
              <w:jc w:val="center"/>
              <w:rPr>
                <w:rFonts w:ascii="微軟正黑體" w:eastAsia="微軟正黑體" w:hAnsi="微軟正黑體"/>
                <w:color w:val="333333"/>
                <w:sz w:val="17"/>
                <w:lang w:eastAsia="zh-TW"/>
              </w:rPr>
            </w:pPr>
          </w:p>
        </w:tc>
      </w:tr>
      <w:tr w:rsidR="00717B41" w:rsidRPr="00810501" w14:paraId="22D8E608" w14:textId="266536D1" w:rsidTr="00717B41">
        <w:trPr>
          <w:cantSplit/>
          <w:jc w:val="center"/>
        </w:trPr>
        <w:tc>
          <w:tcPr>
            <w:tcW w:w="1713" w:type="dxa"/>
            <w:vMerge/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8A9161E" w14:textId="77777777" w:rsidR="00717B41" w:rsidRPr="00810501" w:rsidRDefault="00717B41" w:rsidP="00717B41">
            <w:pPr>
              <w:jc w:val="both"/>
              <w:rPr>
                <w:rFonts w:ascii="微軟正黑體" w:eastAsia="微軟正黑體" w:hAnsi="微軟正黑體"/>
                <w:lang w:eastAsia="zh-TW"/>
              </w:rPr>
            </w:pPr>
          </w:p>
        </w:tc>
        <w:tc>
          <w:tcPr>
            <w:tcW w:w="212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9C23CF5" w14:textId="77777777" w:rsidR="00717B41" w:rsidRPr="00810501" w:rsidRDefault="00717B41" w:rsidP="00717B41">
            <w:pPr>
              <w:spacing w:line="252" w:lineRule="auto"/>
              <w:jc w:val="both"/>
              <w:rPr>
                <w:rFonts w:ascii="微軟正黑體" w:eastAsia="微軟正黑體" w:hAnsi="微軟正黑體"/>
              </w:rPr>
            </w:pPr>
            <w:proofErr w:type="spellStart"/>
            <w:r w:rsidRPr="00810501">
              <w:rPr>
                <w:rFonts w:ascii="微軟正黑體" w:eastAsia="微軟正黑體" w:hAnsi="微軟正黑體"/>
                <w:b/>
                <w:color w:val="1F1F1F"/>
                <w:sz w:val="18"/>
              </w:rPr>
              <w:t>經營理念</w:t>
            </w:r>
            <w:proofErr w:type="spellEnd"/>
          </w:p>
        </w:tc>
        <w:tc>
          <w:tcPr>
            <w:tcW w:w="6803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BA98ED2" w14:textId="77777777" w:rsidR="00717B41" w:rsidRPr="00810501" w:rsidRDefault="00717B41" w:rsidP="00717B41">
            <w:pPr>
              <w:spacing w:line="252" w:lineRule="auto"/>
              <w:jc w:val="both"/>
              <w:rPr>
                <w:rFonts w:ascii="微軟正黑體" w:eastAsia="微軟正黑體" w:hAnsi="微軟正黑體"/>
                <w:lang w:eastAsia="zh-TW"/>
              </w:rPr>
            </w:pPr>
            <w:r w:rsidRPr="00810501">
              <w:rPr>
                <w:rFonts w:ascii="微軟正黑體" w:eastAsia="微軟正黑體" w:hAnsi="微軟正黑體"/>
                <w:color w:val="333333"/>
                <w:sz w:val="18"/>
                <w:lang w:eastAsia="zh-TW"/>
              </w:rPr>
              <w:t>企業使命、願景、核心價值、經營方針、企業文化及品牌精神。</w:t>
            </w:r>
          </w:p>
        </w:tc>
        <w:tc>
          <w:tcPr>
            <w:tcW w:w="3496" w:type="dxa"/>
            <w:vAlign w:val="center"/>
          </w:tcPr>
          <w:p w14:paraId="532A07E8" w14:textId="64187601" w:rsidR="00717B41" w:rsidRPr="00810501" w:rsidRDefault="00717B41" w:rsidP="00717B41">
            <w:pPr>
              <w:spacing w:line="252" w:lineRule="auto"/>
              <w:jc w:val="both"/>
              <w:rPr>
                <w:rFonts w:ascii="微軟正黑體" w:eastAsia="微軟正黑體" w:hAnsi="微軟正黑體"/>
                <w:color w:val="333333"/>
                <w:sz w:val="18"/>
                <w:lang w:eastAsia="zh-TW"/>
              </w:rPr>
            </w:pPr>
            <w:r>
              <w:rPr>
                <w:rFonts w:ascii="微軟正黑體" w:eastAsia="微軟正黑體" w:hAnsi="微軟正黑體"/>
                <w:color w:val="333333"/>
                <w:sz w:val="17"/>
                <w:lang w:eastAsia="zh-TW"/>
              </w:rPr>
              <w:t>董事長室／總經理室／</w:t>
            </w:r>
            <w:r>
              <w:rPr>
                <w:rFonts w:ascii="微軟正黑體" w:eastAsia="微軟正黑體" w:hAnsi="微軟正黑體" w:hint="eastAsia"/>
                <w:color w:val="333333"/>
                <w:sz w:val="17"/>
                <w:lang w:eastAsia="zh-TW"/>
              </w:rPr>
              <w:t>公關部</w:t>
            </w:r>
          </w:p>
        </w:tc>
        <w:tc>
          <w:tcPr>
            <w:tcW w:w="1134" w:type="dxa"/>
            <w:vAlign w:val="center"/>
          </w:tcPr>
          <w:p w14:paraId="13F4A98C" w14:textId="77777777" w:rsidR="00717B41" w:rsidRDefault="00717B41" w:rsidP="00717B41">
            <w:pPr>
              <w:spacing w:line="252" w:lineRule="auto"/>
              <w:jc w:val="center"/>
              <w:rPr>
                <w:rFonts w:ascii="微軟正黑體" w:eastAsia="微軟正黑體" w:hAnsi="微軟正黑體"/>
                <w:color w:val="333333"/>
                <w:sz w:val="17"/>
                <w:lang w:eastAsia="zh-TW"/>
              </w:rPr>
            </w:pPr>
          </w:p>
        </w:tc>
      </w:tr>
      <w:tr w:rsidR="00717B41" w:rsidRPr="00810501" w14:paraId="4BDA6A2D" w14:textId="2C192D7D" w:rsidTr="00717B41">
        <w:trPr>
          <w:cantSplit/>
          <w:jc w:val="center"/>
        </w:trPr>
        <w:tc>
          <w:tcPr>
            <w:tcW w:w="1713" w:type="dxa"/>
            <w:vMerge/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5FD8F47" w14:textId="77777777" w:rsidR="00717B41" w:rsidRPr="00810501" w:rsidRDefault="00717B41" w:rsidP="00717B41">
            <w:pPr>
              <w:jc w:val="both"/>
              <w:rPr>
                <w:rFonts w:ascii="微軟正黑體" w:eastAsia="微軟正黑體" w:hAnsi="微軟正黑體"/>
                <w:lang w:eastAsia="zh-TW"/>
              </w:rPr>
            </w:pPr>
          </w:p>
        </w:tc>
        <w:tc>
          <w:tcPr>
            <w:tcW w:w="212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B6E96D9" w14:textId="77777777" w:rsidR="00717B41" w:rsidRPr="00810501" w:rsidRDefault="00717B41" w:rsidP="00717B41">
            <w:pPr>
              <w:spacing w:line="252" w:lineRule="auto"/>
              <w:jc w:val="both"/>
              <w:rPr>
                <w:rFonts w:ascii="微軟正黑體" w:eastAsia="微軟正黑體" w:hAnsi="微軟正黑體"/>
              </w:rPr>
            </w:pPr>
            <w:proofErr w:type="spellStart"/>
            <w:r w:rsidRPr="00810501">
              <w:rPr>
                <w:rFonts w:ascii="微軟正黑體" w:eastAsia="微軟正黑體" w:hAnsi="微軟正黑體"/>
                <w:b/>
                <w:color w:val="1F1F1F"/>
                <w:sz w:val="18"/>
              </w:rPr>
              <w:t>董事長／總經理的話</w:t>
            </w:r>
            <w:proofErr w:type="spellEnd"/>
          </w:p>
        </w:tc>
        <w:tc>
          <w:tcPr>
            <w:tcW w:w="6803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C9DC6A4" w14:textId="66861878" w:rsidR="00717B41" w:rsidRPr="00810501" w:rsidRDefault="00717B41" w:rsidP="00717B41">
            <w:pPr>
              <w:spacing w:line="252" w:lineRule="auto"/>
              <w:jc w:val="both"/>
              <w:rPr>
                <w:rFonts w:ascii="微軟正黑體" w:eastAsia="微軟正黑體" w:hAnsi="微軟正黑體"/>
                <w:lang w:eastAsia="zh-TW"/>
              </w:rPr>
            </w:pPr>
            <w:r w:rsidRPr="00810501">
              <w:rPr>
                <w:rFonts w:ascii="微軟正黑體" w:eastAsia="微軟正黑體" w:hAnsi="微軟正黑體"/>
                <w:color w:val="333333"/>
                <w:sz w:val="18"/>
                <w:lang w:eastAsia="zh-TW"/>
              </w:rPr>
              <w:t>董事長或總經理照片、署名、</w:t>
            </w:r>
            <w:r>
              <w:rPr>
                <w:rFonts w:ascii="微軟正黑體" w:eastAsia="微軟正黑體" w:hAnsi="微軟正黑體" w:hint="eastAsia"/>
                <w:color w:val="333333"/>
                <w:sz w:val="18"/>
                <w:lang w:eastAsia="zh-TW"/>
              </w:rPr>
              <w:t>對外文</w:t>
            </w:r>
            <w:r w:rsidRPr="00810501">
              <w:rPr>
                <w:rFonts w:ascii="微軟正黑體" w:eastAsia="微軟正黑體" w:hAnsi="微軟正黑體"/>
                <w:color w:val="333333"/>
                <w:sz w:val="18"/>
                <w:lang w:eastAsia="zh-TW"/>
              </w:rPr>
              <w:t>稿、年度經營方向、未來展望及永續</w:t>
            </w:r>
            <w:r>
              <w:rPr>
                <w:rFonts w:ascii="微軟正黑體" w:eastAsia="微軟正黑體" w:hAnsi="微軟正黑體" w:hint="eastAsia"/>
                <w:color w:val="333333"/>
                <w:sz w:val="18"/>
                <w:lang w:eastAsia="zh-TW"/>
              </w:rPr>
              <w:t>經營</w:t>
            </w:r>
            <w:r w:rsidRPr="00810501">
              <w:rPr>
                <w:rFonts w:ascii="微軟正黑體" w:eastAsia="微軟正黑體" w:hAnsi="微軟正黑體"/>
                <w:color w:val="333333"/>
                <w:sz w:val="18"/>
                <w:lang w:eastAsia="zh-TW"/>
              </w:rPr>
              <w:t>或公司治理承諾。</w:t>
            </w:r>
          </w:p>
        </w:tc>
        <w:tc>
          <w:tcPr>
            <w:tcW w:w="3496" w:type="dxa"/>
            <w:vAlign w:val="center"/>
          </w:tcPr>
          <w:p w14:paraId="1A104F85" w14:textId="0359D507" w:rsidR="00717B41" w:rsidRPr="00810501" w:rsidRDefault="00717B41" w:rsidP="00717B41">
            <w:pPr>
              <w:spacing w:line="252" w:lineRule="auto"/>
              <w:jc w:val="both"/>
              <w:rPr>
                <w:rFonts w:ascii="微軟正黑體" w:eastAsia="微軟正黑體" w:hAnsi="微軟正黑體"/>
                <w:color w:val="333333"/>
                <w:sz w:val="18"/>
                <w:lang w:eastAsia="zh-TW"/>
              </w:rPr>
            </w:pPr>
            <w:r>
              <w:rPr>
                <w:rFonts w:ascii="微軟正黑體" w:eastAsia="微軟正黑體" w:hAnsi="微軟正黑體"/>
                <w:color w:val="333333"/>
                <w:sz w:val="17"/>
                <w:lang w:eastAsia="zh-TW"/>
              </w:rPr>
              <w:t>董事長室／總經理室／特助／</w:t>
            </w:r>
            <w:r>
              <w:rPr>
                <w:rFonts w:ascii="微軟正黑體" w:eastAsia="微軟正黑體" w:hAnsi="微軟正黑體" w:hint="eastAsia"/>
                <w:color w:val="333333"/>
                <w:sz w:val="17"/>
                <w:lang w:eastAsia="zh-TW"/>
              </w:rPr>
              <w:t>公關部</w:t>
            </w:r>
          </w:p>
        </w:tc>
        <w:tc>
          <w:tcPr>
            <w:tcW w:w="1134" w:type="dxa"/>
            <w:vAlign w:val="center"/>
          </w:tcPr>
          <w:p w14:paraId="5CF2CEC7" w14:textId="77777777" w:rsidR="00717B41" w:rsidRDefault="00717B41" w:rsidP="00717B41">
            <w:pPr>
              <w:spacing w:line="252" w:lineRule="auto"/>
              <w:jc w:val="center"/>
              <w:rPr>
                <w:rFonts w:ascii="微軟正黑體" w:eastAsia="微軟正黑體" w:hAnsi="微軟正黑體"/>
                <w:color w:val="333333"/>
                <w:sz w:val="17"/>
                <w:lang w:eastAsia="zh-TW"/>
              </w:rPr>
            </w:pPr>
          </w:p>
        </w:tc>
      </w:tr>
      <w:tr w:rsidR="00717B41" w:rsidRPr="00810501" w14:paraId="2D06B9BF" w14:textId="69F3953D" w:rsidTr="00717B41">
        <w:trPr>
          <w:cantSplit/>
          <w:jc w:val="center"/>
        </w:trPr>
        <w:tc>
          <w:tcPr>
            <w:tcW w:w="1713" w:type="dxa"/>
            <w:vMerge/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5283012" w14:textId="77777777" w:rsidR="00717B41" w:rsidRPr="00810501" w:rsidRDefault="00717B41" w:rsidP="00717B41">
            <w:pPr>
              <w:jc w:val="both"/>
              <w:rPr>
                <w:rFonts w:ascii="微軟正黑體" w:eastAsia="微軟正黑體" w:hAnsi="微軟正黑體"/>
                <w:lang w:eastAsia="zh-TW"/>
              </w:rPr>
            </w:pPr>
          </w:p>
        </w:tc>
        <w:tc>
          <w:tcPr>
            <w:tcW w:w="212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1C8CF59" w14:textId="1832EB82" w:rsidR="00717B41" w:rsidRPr="00810501" w:rsidRDefault="00717B41" w:rsidP="00717B41">
            <w:pPr>
              <w:spacing w:line="252" w:lineRule="auto"/>
              <w:jc w:val="both"/>
              <w:rPr>
                <w:rFonts w:ascii="微軟正黑體" w:eastAsia="微軟正黑體" w:hAnsi="微軟正黑體"/>
              </w:rPr>
            </w:pPr>
            <w:proofErr w:type="spellStart"/>
            <w:r w:rsidRPr="00810501">
              <w:rPr>
                <w:rFonts w:ascii="微軟正黑體" w:eastAsia="微軟正黑體" w:hAnsi="微軟正黑體"/>
                <w:b/>
                <w:color w:val="1F1F1F"/>
                <w:sz w:val="18"/>
              </w:rPr>
              <w:t>公司沿革</w:t>
            </w:r>
            <w:proofErr w:type="spellEnd"/>
          </w:p>
        </w:tc>
        <w:tc>
          <w:tcPr>
            <w:tcW w:w="6803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FC754A2" w14:textId="77777777" w:rsidR="00717B41" w:rsidRPr="00810501" w:rsidRDefault="00717B41" w:rsidP="00717B41">
            <w:pPr>
              <w:spacing w:line="252" w:lineRule="auto"/>
              <w:jc w:val="both"/>
              <w:rPr>
                <w:rFonts w:ascii="微軟正黑體" w:eastAsia="微軟正黑體" w:hAnsi="微軟正黑體"/>
                <w:lang w:eastAsia="zh-TW"/>
              </w:rPr>
            </w:pPr>
            <w:r w:rsidRPr="00810501">
              <w:rPr>
                <w:rFonts w:ascii="微軟正黑體" w:eastAsia="微軟正黑體" w:hAnsi="微軟正黑體"/>
                <w:color w:val="333333"/>
                <w:sz w:val="18"/>
                <w:lang w:eastAsia="zh-TW"/>
              </w:rPr>
              <w:t>成立、增資、設廠、轉型、上市櫃、併購、海外布局、重大合作、獲獎等年度大事紀。</w:t>
            </w:r>
          </w:p>
        </w:tc>
        <w:tc>
          <w:tcPr>
            <w:tcW w:w="3496" w:type="dxa"/>
            <w:vAlign w:val="center"/>
          </w:tcPr>
          <w:p w14:paraId="43EF54AC" w14:textId="7481A168" w:rsidR="00717B41" w:rsidRPr="00810501" w:rsidRDefault="00717B41" w:rsidP="00717B41">
            <w:pPr>
              <w:spacing w:line="252" w:lineRule="auto"/>
              <w:jc w:val="both"/>
              <w:rPr>
                <w:rFonts w:ascii="微軟正黑體" w:eastAsia="微軟正黑體" w:hAnsi="微軟正黑體"/>
                <w:color w:val="333333"/>
                <w:sz w:val="18"/>
                <w:lang w:eastAsia="zh-TW"/>
              </w:rPr>
            </w:pPr>
            <w:r>
              <w:rPr>
                <w:rFonts w:ascii="微軟正黑體" w:eastAsia="微軟正黑體" w:hAnsi="微軟正黑體"/>
                <w:color w:val="333333"/>
                <w:sz w:val="17"/>
                <w:lang w:eastAsia="zh-TW"/>
              </w:rPr>
              <w:t>總經理室／</w:t>
            </w:r>
            <w:r>
              <w:rPr>
                <w:rFonts w:ascii="微軟正黑體" w:eastAsia="微軟正黑體" w:hAnsi="微軟正黑體" w:hint="eastAsia"/>
                <w:color w:val="333333"/>
                <w:sz w:val="17"/>
                <w:lang w:eastAsia="zh-TW"/>
              </w:rPr>
              <w:t>行銷部</w:t>
            </w:r>
            <w:r>
              <w:rPr>
                <w:rFonts w:ascii="微軟正黑體" w:eastAsia="微軟正黑體" w:hAnsi="微軟正黑體"/>
                <w:color w:val="333333"/>
                <w:sz w:val="17"/>
                <w:lang w:eastAsia="zh-TW"/>
              </w:rPr>
              <w:t>／</w:t>
            </w:r>
            <w:r>
              <w:rPr>
                <w:rFonts w:ascii="微軟正黑體" w:eastAsia="微軟正黑體" w:hAnsi="微軟正黑體" w:hint="eastAsia"/>
                <w:color w:val="333333"/>
                <w:sz w:val="17"/>
                <w:lang w:eastAsia="zh-TW"/>
              </w:rPr>
              <w:t>總管理部</w:t>
            </w:r>
          </w:p>
        </w:tc>
        <w:tc>
          <w:tcPr>
            <w:tcW w:w="1134" w:type="dxa"/>
            <w:vAlign w:val="center"/>
          </w:tcPr>
          <w:p w14:paraId="40B1230C" w14:textId="77777777" w:rsidR="00717B41" w:rsidRDefault="00717B41" w:rsidP="00717B41">
            <w:pPr>
              <w:spacing w:line="252" w:lineRule="auto"/>
              <w:jc w:val="center"/>
              <w:rPr>
                <w:rFonts w:ascii="微軟正黑體" w:eastAsia="微軟正黑體" w:hAnsi="微軟正黑體"/>
                <w:color w:val="333333"/>
                <w:sz w:val="17"/>
                <w:lang w:eastAsia="zh-TW"/>
              </w:rPr>
            </w:pPr>
          </w:p>
        </w:tc>
      </w:tr>
      <w:tr w:rsidR="00717B41" w:rsidRPr="00810501" w14:paraId="5C3620B4" w14:textId="669A4DB0" w:rsidTr="00717B41">
        <w:trPr>
          <w:cantSplit/>
          <w:jc w:val="center"/>
        </w:trPr>
        <w:tc>
          <w:tcPr>
            <w:tcW w:w="1713" w:type="dxa"/>
            <w:vMerge/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610A7A1" w14:textId="77777777" w:rsidR="00717B41" w:rsidRPr="00810501" w:rsidRDefault="00717B41" w:rsidP="00717B41">
            <w:pPr>
              <w:jc w:val="both"/>
              <w:rPr>
                <w:rFonts w:ascii="微軟正黑體" w:eastAsia="微軟正黑體" w:hAnsi="微軟正黑體"/>
                <w:lang w:eastAsia="zh-TW"/>
              </w:rPr>
            </w:pPr>
          </w:p>
        </w:tc>
        <w:tc>
          <w:tcPr>
            <w:tcW w:w="212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7FBC41F" w14:textId="77777777" w:rsidR="00717B41" w:rsidRPr="00810501" w:rsidRDefault="00717B41" w:rsidP="00717B41">
            <w:pPr>
              <w:spacing w:line="252" w:lineRule="auto"/>
              <w:jc w:val="both"/>
              <w:rPr>
                <w:rFonts w:ascii="微軟正黑體" w:eastAsia="微軟正黑體" w:hAnsi="微軟正黑體"/>
              </w:rPr>
            </w:pPr>
            <w:proofErr w:type="spellStart"/>
            <w:r w:rsidRPr="00810501">
              <w:rPr>
                <w:rFonts w:ascii="微軟正黑體" w:eastAsia="微軟正黑體" w:hAnsi="微軟正黑體"/>
                <w:b/>
                <w:color w:val="1F1F1F"/>
                <w:sz w:val="18"/>
              </w:rPr>
              <w:t>經營團隊</w:t>
            </w:r>
            <w:proofErr w:type="spellEnd"/>
          </w:p>
        </w:tc>
        <w:tc>
          <w:tcPr>
            <w:tcW w:w="6803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09FC430" w14:textId="7CCD7C85" w:rsidR="00717B41" w:rsidRPr="00810501" w:rsidRDefault="00717B41" w:rsidP="00717B41">
            <w:pPr>
              <w:spacing w:line="252" w:lineRule="auto"/>
              <w:jc w:val="both"/>
              <w:rPr>
                <w:rFonts w:ascii="微軟正黑體" w:eastAsia="微軟正黑體" w:hAnsi="微軟正黑體"/>
                <w:lang w:eastAsia="zh-TW"/>
              </w:rPr>
            </w:pPr>
            <w:r w:rsidRPr="00810501">
              <w:rPr>
                <w:rFonts w:ascii="微軟正黑體" w:eastAsia="微軟正黑體" w:hAnsi="微軟正黑體"/>
                <w:color w:val="333333"/>
                <w:sz w:val="18"/>
                <w:lang w:eastAsia="zh-TW"/>
              </w:rPr>
              <w:t>姓名、英文姓名、職稱、照片、學歷、經歷、現任職務及</w:t>
            </w:r>
            <w:r>
              <w:rPr>
                <w:rFonts w:ascii="微軟正黑體" w:eastAsia="微軟正黑體" w:hAnsi="微軟正黑體" w:hint="eastAsia"/>
                <w:color w:val="333333"/>
                <w:sz w:val="18"/>
                <w:lang w:eastAsia="zh-TW"/>
              </w:rPr>
              <w:t>主</w:t>
            </w:r>
            <w:r w:rsidRPr="00810501">
              <w:rPr>
                <w:rFonts w:ascii="微軟正黑體" w:eastAsia="微軟正黑體" w:hAnsi="微軟正黑體"/>
                <w:color w:val="333333"/>
                <w:sz w:val="18"/>
                <w:lang w:eastAsia="zh-TW"/>
              </w:rPr>
              <w:t>責</w:t>
            </w:r>
            <w:r>
              <w:rPr>
                <w:rFonts w:ascii="微軟正黑體" w:eastAsia="微軟正黑體" w:hAnsi="微軟正黑體" w:hint="eastAsia"/>
                <w:color w:val="333333"/>
                <w:sz w:val="18"/>
                <w:lang w:eastAsia="zh-TW"/>
              </w:rPr>
              <w:t>業務</w:t>
            </w:r>
            <w:r w:rsidRPr="00810501">
              <w:rPr>
                <w:rFonts w:ascii="微軟正黑體" w:eastAsia="微軟正黑體" w:hAnsi="微軟正黑體"/>
                <w:color w:val="333333"/>
                <w:sz w:val="18"/>
                <w:lang w:eastAsia="zh-TW"/>
              </w:rPr>
              <w:t>。</w:t>
            </w:r>
          </w:p>
        </w:tc>
        <w:tc>
          <w:tcPr>
            <w:tcW w:w="3496" w:type="dxa"/>
            <w:vAlign w:val="center"/>
          </w:tcPr>
          <w:p w14:paraId="66C5E1B8" w14:textId="2802D667" w:rsidR="00717B41" w:rsidRPr="00810501" w:rsidRDefault="00717B41" w:rsidP="00717B41">
            <w:pPr>
              <w:spacing w:line="252" w:lineRule="auto"/>
              <w:jc w:val="both"/>
              <w:rPr>
                <w:rFonts w:ascii="微軟正黑體" w:eastAsia="微軟正黑體" w:hAnsi="微軟正黑體"/>
                <w:color w:val="333333"/>
                <w:sz w:val="18"/>
                <w:lang w:eastAsia="zh-TW"/>
              </w:rPr>
            </w:pPr>
            <w:r>
              <w:rPr>
                <w:rFonts w:ascii="微軟正黑體" w:eastAsia="微軟正黑體" w:hAnsi="微軟正黑體"/>
                <w:color w:val="333333"/>
                <w:sz w:val="17"/>
                <w:lang w:eastAsia="zh-TW"/>
              </w:rPr>
              <w:t>總經理室／特助／人力資源</w:t>
            </w:r>
            <w:r>
              <w:rPr>
                <w:rFonts w:ascii="微軟正黑體" w:eastAsia="微軟正黑體" w:hAnsi="微軟正黑體" w:hint="eastAsia"/>
                <w:color w:val="333333"/>
                <w:sz w:val="17"/>
                <w:lang w:eastAsia="zh-TW"/>
              </w:rPr>
              <w:t>部</w:t>
            </w:r>
          </w:p>
        </w:tc>
        <w:tc>
          <w:tcPr>
            <w:tcW w:w="1134" w:type="dxa"/>
            <w:vAlign w:val="center"/>
          </w:tcPr>
          <w:p w14:paraId="48A339F8" w14:textId="77777777" w:rsidR="00717B41" w:rsidRDefault="00717B41" w:rsidP="00717B41">
            <w:pPr>
              <w:spacing w:line="252" w:lineRule="auto"/>
              <w:jc w:val="center"/>
              <w:rPr>
                <w:rFonts w:ascii="微軟正黑體" w:eastAsia="微軟正黑體" w:hAnsi="微軟正黑體"/>
                <w:color w:val="333333"/>
                <w:sz w:val="17"/>
                <w:lang w:eastAsia="zh-TW"/>
              </w:rPr>
            </w:pPr>
          </w:p>
        </w:tc>
      </w:tr>
      <w:tr w:rsidR="00717B41" w:rsidRPr="00810501" w14:paraId="601C4A1C" w14:textId="38F3C18D" w:rsidTr="00717B41">
        <w:trPr>
          <w:cantSplit/>
          <w:jc w:val="center"/>
        </w:trPr>
        <w:tc>
          <w:tcPr>
            <w:tcW w:w="1713" w:type="dxa"/>
            <w:vMerge/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3918D3B" w14:textId="77777777" w:rsidR="00717B41" w:rsidRPr="00810501" w:rsidRDefault="00717B41" w:rsidP="00717B41">
            <w:pPr>
              <w:jc w:val="both"/>
              <w:rPr>
                <w:rFonts w:ascii="微軟正黑體" w:eastAsia="微軟正黑體" w:hAnsi="微軟正黑體"/>
                <w:lang w:eastAsia="zh-TW"/>
              </w:rPr>
            </w:pPr>
          </w:p>
        </w:tc>
        <w:tc>
          <w:tcPr>
            <w:tcW w:w="212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1E3E33B" w14:textId="77777777" w:rsidR="00717B41" w:rsidRPr="00810501" w:rsidRDefault="00717B41" w:rsidP="00717B41">
            <w:pPr>
              <w:spacing w:line="252" w:lineRule="auto"/>
              <w:jc w:val="both"/>
              <w:rPr>
                <w:rFonts w:ascii="微軟正黑體" w:eastAsia="微軟正黑體" w:hAnsi="微軟正黑體"/>
              </w:rPr>
            </w:pPr>
            <w:proofErr w:type="spellStart"/>
            <w:r w:rsidRPr="00810501">
              <w:rPr>
                <w:rFonts w:ascii="微軟正黑體" w:eastAsia="微軟正黑體" w:hAnsi="微軟正黑體"/>
                <w:b/>
                <w:color w:val="1F1F1F"/>
                <w:sz w:val="18"/>
              </w:rPr>
              <w:t>組織架構</w:t>
            </w:r>
            <w:proofErr w:type="spellEnd"/>
          </w:p>
        </w:tc>
        <w:tc>
          <w:tcPr>
            <w:tcW w:w="6803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E911D42" w14:textId="77777777" w:rsidR="00717B41" w:rsidRPr="00810501" w:rsidRDefault="00717B41" w:rsidP="00717B41">
            <w:pPr>
              <w:spacing w:line="252" w:lineRule="auto"/>
              <w:jc w:val="both"/>
              <w:rPr>
                <w:rFonts w:ascii="微軟正黑體" w:eastAsia="微軟正黑體" w:hAnsi="微軟正黑體"/>
                <w:lang w:eastAsia="zh-TW"/>
              </w:rPr>
            </w:pPr>
            <w:r w:rsidRPr="00810501">
              <w:rPr>
                <w:rFonts w:ascii="微軟正黑體" w:eastAsia="微軟正黑體" w:hAnsi="微軟正黑體"/>
                <w:color w:val="333333"/>
                <w:sz w:val="18"/>
                <w:lang w:eastAsia="zh-TW"/>
              </w:rPr>
              <w:t>公司組織圖、事業群架構、主要部門及子公司關係。</w:t>
            </w:r>
          </w:p>
        </w:tc>
        <w:tc>
          <w:tcPr>
            <w:tcW w:w="3496" w:type="dxa"/>
            <w:vAlign w:val="center"/>
          </w:tcPr>
          <w:p w14:paraId="255AF692" w14:textId="722EE550" w:rsidR="00717B41" w:rsidRPr="00810501" w:rsidRDefault="00717B41" w:rsidP="00717B41">
            <w:pPr>
              <w:spacing w:line="252" w:lineRule="auto"/>
              <w:jc w:val="both"/>
              <w:rPr>
                <w:rFonts w:ascii="微軟正黑體" w:eastAsia="微軟正黑體" w:hAnsi="微軟正黑體"/>
                <w:color w:val="333333"/>
                <w:sz w:val="18"/>
                <w:lang w:eastAsia="zh-TW"/>
              </w:rPr>
            </w:pPr>
            <w:r>
              <w:rPr>
                <w:rFonts w:ascii="微軟正黑體" w:eastAsia="微軟正黑體" w:hAnsi="微軟正黑體"/>
                <w:color w:val="333333"/>
                <w:sz w:val="17"/>
                <w:lang w:eastAsia="zh-TW"/>
              </w:rPr>
              <w:t>董事長室／總經理室</w:t>
            </w:r>
            <w:r>
              <w:rPr>
                <w:rFonts w:ascii="微軟正黑體" w:eastAsia="微軟正黑體" w:hAnsi="微軟正黑體" w:hint="eastAsia"/>
                <w:color w:val="333333"/>
                <w:sz w:val="17"/>
                <w:lang w:eastAsia="zh-TW"/>
              </w:rPr>
              <w:t>/ 總管理部</w:t>
            </w:r>
          </w:p>
        </w:tc>
        <w:tc>
          <w:tcPr>
            <w:tcW w:w="1134" w:type="dxa"/>
            <w:vAlign w:val="center"/>
          </w:tcPr>
          <w:p w14:paraId="7A550B9F" w14:textId="77777777" w:rsidR="00717B41" w:rsidRDefault="00717B41" w:rsidP="00717B41">
            <w:pPr>
              <w:spacing w:line="252" w:lineRule="auto"/>
              <w:jc w:val="center"/>
              <w:rPr>
                <w:rFonts w:ascii="微軟正黑體" w:eastAsia="微軟正黑體" w:hAnsi="微軟正黑體"/>
                <w:color w:val="333333"/>
                <w:sz w:val="17"/>
                <w:lang w:eastAsia="zh-TW"/>
              </w:rPr>
            </w:pPr>
          </w:p>
        </w:tc>
      </w:tr>
      <w:tr w:rsidR="00717B41" w:rsidRPr="00810501" w14:paraId="762D3A8F" w14:textId="2BABC4F4" w:rsidTr="00717B41">
        <w:trPr>
          <w:cantSplit/>
          <w:jc w:val="center"/>
        </w:trPr>
        <w:tc>
          <w:tcPr>
            <w:tcW w:w="1713" w:type="dxa"/>
            <w:vMerge/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8540BE8" w14:textId="77777777" w:rsidR="00717B41" w:rsidRPr="00810501" w:rsidRDefault="00717B41" w:rsidP="00717B41">
            <w:pPr>
              <w:jc w:val="both"/>
              <w:rPr>
                <w:rFonts w:ascii="微軟正黑體" w:eastAsia="微軟正黑體" w:hAnsi="微軟正黑體"/>
                <w:lang w:eastAsia="zh-TW"/>
              </w:rPr>
            </w:pPr>
          </w:p>
        </w:tc>
        <w:tc>
          <w:tcPr>
            <w:tcW w:w="212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B59A72A" w14:textId="62839DCE" w:rsidR="00717B41" w:rsidRPr="00810501" w:rsidRDefault="00717B41" w:rsidP="00717B41">
            <w:pPr>
              <w:spacing w:line="252" w:lineRule="auto"/>
              <w:jc w:val="both"/>
              <w:rPr>
                <w:rFonts w:ascii="微軟正黑體" w:eastAsia="微軟正黑體" w:hAnsi="微軟正黑體"/>
                <w:lang w:eastAsia="zh-TW"/>
              </w:rPr>
            </w:pPr>
            <w:proofErr w:type="spellStart"/>
            <w:r w:rsidRPr="00810501">
              <w:rPr>
                <w:rFonts w:ascii="微軟正黑體" w:eastAsia="微軟正黑體" w:hAnsi="微軟正黑體"/>
                <w:b/>
                <w:color w:val="1F1F1F"/>
                <w:sz w:val="18"/>
              </w:rPr>
              <w:t>營運</w:t>
            </w:r>
            <w:proofErr w:type="spellEnd"/>
            <w:r>
              <w:rPr>
                <w:rFonts w:ascii="微軟正黑體" w:eastAsia="微軟正黑體" w:hAnsi="微軟正黑體" w:hint="eastAsia"/>
                <w:b/>
                <w:color w:val="1F1F1F"/>
                <w:sz w:val="18"/>
                <w:lang w:eastAsia="zh-TW"/>
              </w:rPr>
              <w:t>據點</w:t>
            </w:r>
          </w:p>
        </w:tc>
        <w:tc>
          <w:tcPr>
            <w:tcW w:w="6803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96EAE9C" w14:textId="0C201697" w:rsidR="00717B41" w:rsidRPr="00810501" w:rsidRDefault="00717B41" w:rsidP="00717B41">
            <w:pPr>
              <w:spacing w:line="252" w:lineRule="auto"/>
              <w:jc w:val="both"/>
              <w:rPr>
                <w:rFonts w:ascii="微軟正黑體" w:eastAsia="微軟正黑體" w:hAnsi="微軟正黑體"/>
                <w:lang w:eastAsia="zh-TW"/>
              </w:rPr>
            </w:pPr>
            <w:r>
              <w:rPr>
                <w:rFonts w:ascii="微軟正黑體" w:eastAsia="微軟正黑體" w:hAnsi="微軟正黑體" w:hint="eastAsia"/>
                <w:color w:val="333333"/>
                <w:sz w:val="18"/>
                <w:lang w:eastAsia="zh-TW"/>
              </w:rPr>
              <w:t>營運</w:t>
            </w:r>
            <w:r w:rsidRPr="00810501">
              <w:rPr>
                <w:rFonts w:ascii="微軟正黑體" w:eastAsia="微軟正黑體" w:hAnsi="微軟正黑體"/>
                <w:color w:val="333333"/>
                <w:sz w:val="18"/>
                <w:lang w:eastAsia="zh-TW"/>
              </w:rPr>
              <w:t>總部、工廠、</w:t>
            </w:r>
            <w:r>
              <w:rPr>
                <w:rFonts w:ascii="微軟正黑體" w:eastAsia="微軟正黑體" w:hAnsi="微軟正黑體" w:hint="eastAsia"/>
                <w:color w:val="333333"/>
                <w:sz w:val="18"/>
                <w:lang w:eastAsia="zh-TW"/>
              </w:rPr>
              <w:t>廠房內景、</w:t>
            </w:r>
            <w:r w:rsidRPr="00810501">
              <w:rPr>
                <w:rFonts w:ascii="微軟正黑體" w:eastAsia="微軟正黑體" w:hAnsi="微軟正黑體"/>
                <w:color w:val="333333"/>
                <w:sz w:val="18"/>
                <w:lang w:eastAsia="zh-TW"/>
              </w:rPr>
              <w:t>分公司、服務據點、所在國家、成立時間及主要</w:t>
            </w:r>
            <w:r>
              <w:rPr>
                <w:rFonts w:ascii="微軟正黑體" w:eastAsia="微軟正黑體" w:hAnsi="微軟正黑體" w:hint="eastAsia"/>
                <w:color w:val="333333"/>
                <w:sz w:val="18"/>
                <w:lang w:eastAsia="zh-TW"/>
              </w:rPr>
              <w:t>業務</w:t>
            </w:r>
            <w:r w:rsidRPr="00810501">
              <w:rPr>
                <w:rFonts w:ascii="微軟正黑體" w:eastAsia="微軟正黑體" w:hAnsi="微軟正黑體"/>
                <w:color w:val="333333"/>
                <w:sz w:val="18"/>
                <w:lang w:eastAsia="zh-TW"/>
              </w:rPr>
              <w:t>。</w:t>
            </w:r>
          </w:p>
        </w:tc>
        <w:tc>
          <w:tcPr>
            <w:tcW w:w="3496" w:type="dxa"/>
            <w:vAlign w:val="center"/>
          </w:tcPr>
          <w:p w14:paraId="1F247E74" w14:textId="27E4935F" w:rsidR="00717B41" w:rsidRPr="00810501" w:rsidRDefault="00717B41" w:rsidP="00717B41">
            <w:pPr>
              <w:spacing w:line="252" w:lineRule="auto"/>
              <w:jc w:val="both"/>
              <w:rPr>
                <w:rFonts w:ascii="微軟正黑體" w:eastAsia="微軟正黑體" w:hAnsi="微軟正黑體"/>
                <w:color w:val="333333"/>
                <w:sz w:val="18"/>
                <w:lang w:eastAsia="zh-TW"/>
              </w:rPr>
            </w:pPr>
            <w:r>
              <w:rPr>
                <w:rFonts w:ascii="微軟正黑體" w:eastAsia="微軟正黑體" w:hAnsi="微軟正黑體"/>
                <w:color w:val="333333"/>
                <w:sz w:val="17"/>
                <w:lang w:eastAsia="zh-TW"/>
              </w:rPr>
              <w:t>行政管理部／業務部／各據點主管</w:t>
            </w:r>
          </w:p>
        </w:tc>
        <w:tc>
          <w:tcPr>
            <w:tcW w:w="1134" w:type="dxa"/>
            <w:vAlign w:val="center"/>
          </w:tcPr>
          <w:p w14:paraId="77AF9795" w14:textId="77777777" w:rsidR="00717B41" w:rsidRDefault="00717B41" w:rsidP="00717B41">
            <w:pPr>
              <w:spacing w:line="252" w:lineRule="auto"/>
              <w:jc w:val="center"/>
              <w:rPr>
                <w:rFonts w:ascii="微軟正黑體" w:eastAsia="微軟正黑體" w:hAnsi="微軟正黑體"/>
                <w:color w:val="333333"/>
                <w:sz w:val="17"/>
                <w:lang w:eastAsia="zh-TW"/>
              </w:rPr>
            </w:pPr>
          </w:p>
        </w:tc>
      </w:tr>
      <w:tr w:rsidR="00717B41" w:rsidRPr="00810501" w14:paraId="35C0F8C1" w14:textId="26573241" w:rsidTr="00717B41">
        <w:trPr>
          <w:cantSplit/>
          <w:jc w:val="center"/>
        </w:trPr>
        <w:tc>
          <w:tcPr>
            <w:tcW w:w="1713" w:type="dxa"/>
            <w:vMerge/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02C8060" w14:textId="77777777" w:rsidR="00717B41" w:rsidRPr="00810501" w:rsidRDefault="00717B41" w:rsidP="00717B41">
            <w:pPr>
              <w:jc w:val="both"/>
              <w:rPr>
                <w:rFonts w:ascii="微軟正黑體" w:eastAsia="微軟正黑體" w:hAnsi="微軟正黑體"/>
                <w:lang w:eastAsia="zh-TW"/>
              </w:rPr>
            </w:pPr>
          </w:p>
        </w:tc>
        <w:tc>
          <w:tcPr>
            <w:tcW w:w="212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645C99B" w14:textId="77777777" w:rsidR="00717B41" w:rsidRPr="00810501" w:rsidRDefault="00717B41" w:rsidP="00717B41">
            <w:pPr>
              <w:spacing w:line="252" w:lineRule="auto"/>
              <w:jc w:val="both"/>
              <w:rPr>
                <w:rFonts w:ascii="微軟正黑體" w:eastAsia="微軟正黑體" w:hAnsi="微軟正黑體"/>
              </w:rPr>
            </w:pPr>
            <w:proofErr w:type="spellStart"/>
            <w:r w:rsidRPr="00810501">
              <w:rPr>
                <w:rFonts w:ascii="微軟正黑體" w:eastAsia="微軟正黑體" w:hAnsi="微軟正黑體"/>
                <w:b/>
                <w:color w:val="1F1F1F"/>
                <w:sz w:val="18"/>
              </w:rPr>
              <w:t>企業榮耀</w:t>
            </w:r>
            <w:proofErr w:type="spellEnd"/>
          </w:p>
        </w:tc>
        <w:tc>
          <w:tcPr>
            <w:tcW w:w="6803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E53F3E9" w14:textId="18A520F3" w:rsidR="00717B41" w:rsidRPr="00810501" w:rsidRDefault="00717B41" w:rsidP="00717B41">
            <w:pPr>
              <w:spacing w:line="252" w:lineRule="auto"/>
              <w:jc w:val="both"/>
              <w:rPr>
                <w:rFonts w:ascii="微軟正黑體" w:eastAsia="微軟正黑體" w:hAnsi="微軟正黑體"/>
                <w:lang w:eastAsia="zh-TW"/>
              </w:rPr>
            </w:pPr>
            <w:r w:rsidRPr="00810501">
              <w:rPr>
                <w:rFonts w:ascii="微軟正黑體" w:eastAsia="微軟正黑體" w:hAnsi="微軟正黑體"/>
                <w:color w:val="333333"/>
                <w:sz w:val="18"/>
                <w:lang w:eastAsia="zh-TW"/>
              </w:rPr>
              <w:t>獎項名稱、主辦單位、獲獎年度、證書、照片及獲獎說明。</w:t>
            </w:r>
          </w:p>
        </w:tc>
        <w:tc>
          <w:tcPr>
            <w:tcW w:w="3496" w:type="dxa"/>
            <w:vAlign w:val="center"/>
          </w:tcPr>
          <w:p w14:paraId="56D6A04A" w14:textId="0E45AD0E" w:rsidR="00717B41" w:rsidRPr="00810501" w:rsidRDefault="00717B41" w:rsidP="00717B41">
            <w:pPr>
              <w:spacing w:line="252" w:lineRule="auto"/>
              <w:jc w:val="both"/>
              <w:rPr>
                <w:rFonts w:ascii="微軟正黑體" w:eastAsia="微軟正黑體" w:hAnsi="微軟正黑體"/>
                <w:color w:val="333333"/>
                <w:sz w:val="18"/>
                <w:lang w:eastAsia="zh-TW"/>
              </w:rPr>
            </w:pPr>
            <w:r>
              <w:rPr>
                <w:rFonts w:ascii="微軟正黑體" w:eastAsia="微軟正黑體" w:hAnsi="微軟正黑體"/>
                <w:color w:val="333333"/>
                <w:sz w:val="17"/>
                <w:lang w:eastAsia="zh-TW"/>
              </w:rPr>
              <w:t>總經理室</w:t>
            </w:r>
            <w:r>
              <w:rPr>
                <w:rFonts w:ascii="微軟正黑體" w:eastAsia="微軟正黑體" w:hAnsi="微軟正黑體" w:hint="eastAsia"/>
                <w:color w:val="333333"/>
                <w:sz w:val="17"/>
                <w:lang w:eastAsia="zh-TW"/>
              </w:rPr>
              <w:t xml:space="preserve"> / </w:t>
            </w:r>
            <w:r>
              <w:rPr>
                <w:rFonts w:ascii="微軟正黑體" w:eastAsia="微軟正黑體" w:hAnsi="微軟正黑體"/>
                <w:color w:val="333333"/>
                <w:sz w:val="17"/>
                <w:lang w:eastAsia="zh-TW"/>
              </w:rPr>
              <w:t>行銷部／公關部</w:t>
            </w:r>
          </w:p>
        </w:tc>
        <w:tc>
          <w:tcPr>
            <w:tcW w:w="1134" w:type="dxa"/>
            <w:vAlign w:val="center"/>
          </w:tcPr>
          <w:p w14:paraId="7A2FBCA7" w14:textId="77777777" w:rsidR="00717B41" w:rsidRDefault="00717B41" w:rsidP="00717B41">
            <w:pPr>
              <w:spacing w:line="252" w:lineRule="auto"/>
              <w:jc w:val="center"/>
              <w:rPr>
                <w:rFonts w:ascii="微軟正黑體" w:eastAsia="微軟正黑體" w:hAnsi="微軟正黑體"/>
                <w:color w:val="333333"/>
                <w:sz w:val="17"/>
                <w:lang w:eastAsia="zh-TW"/>
              </w:rPr>
            </w:pPr>
          </w:p>
        </w:tc>
      </w:tr>
      <w:tr w:rsidR="00717B41" w:rsidRPr="00810501" w14:paraId="02FB40B0" w14:textId="14655918" w:rsidTr="00717B41">
        <w:trPr>
          <w:cantSplit/>
          <w:jc w:val="center"/>
        </w:trPr>
        <w:tc>
          <w:tcPr>
            <w:tcW w:w="1713" w:type="dxa"/>
            <w:vMerge/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713C60D" w14:textId="77777777" w:rsidR="00717B41" w:rsidRPr="00810501" w:rsidRDefault="00717B41" w:rsidP="00717B41">
            <w:pPr>
              <w:jc w:val="both"/>
              <w:rPr>
                <w:rFonts w:ascii="微軟正黑體" w:eastAsia="微軟正黑體" w:hAnsi="微軟正黑體"/>
                <w:lang w:eastAsia="zh-TW"/>
              </w:rPr>
            </w:pPr>
          </w:p>
        </w:tc>
        <w:tc>
          <w:tcPr>
            <w:tcW w:w="212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CA1B491" w14:textId="77777777" w:rsidR="00717B41" w:rsidRPr="00810501" w:rsidRDefault="00717B41" w:rsidP="00717B41">
            <w:pPr>
              <w:spacing w:line="252" w:lineRule="auto"/>
              <w:jc w:val="both"/>
              <w:rPr>
                <w:rFonts w:ascii="微軟正黑體" w:eastAsia="微軟正黑體" w:hAnsi="微軟正黑體"/>
              </w:rPr>
            </w:pPr>
            <w:proofErr w:type="spellStart"/>
            <w:r w:rsidRPr="00810501">
              <w:rPr>
                <w:rFonts w:ascii="微軟正黑體" w:eastAsia="微軟正黑體" w:hAnsi="微軟正黑體"/>
                <w:b/>
                <w:color w:val="1F1F1F"/>
                <w:sz w:val="18"/>
              </w:rPr>
              <w:t>品牌識別素材</w:t>
            </w:r>
            <w:proofErr w:type="spellEnd"/>
          </w:p>
        </w:tc>
        <w:tc>
          <w:tcPr>
            <w:tcW w:w="6803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2990255" w14:textId="77777777" w:rsidR="00717B41" w:rsidRPr="00810501" w:rsidRDefault="00717B41" w:rsidP="00717B41">
            <w:pPr>
              <w:spacing w:line="252" w:lineRule="auto"/>
              <w:jc w:val="both"/>
              <w:rPr>
                <w:rFonts w:ascii="微軟正黑體" w:eastAsia="微軟正黑體" w:hAnsi="微軟正黑體"/>
                <w:lang w:eastAsia="zh-TW"/>
              </w:rPr>
            </w:pPr>
            <w:r w:rsidRPr="00810501">
              <w:rPr>
                <w:rFonts w:ascii="微軟正黑體" w:eastAsia="微軟正黑體" w:hAnsi="微軟正黑體"/>
                <w:color w:val="333333"/>
                <w:sz w:val="18"/>
                <w:lang w:eastAsia="zh-TW"/>
              </w:rPr>
              <w:t>Logo原始檔、品牌標準字、品牌色、品牌識別規範及品牌意涵。</w:t>
            </w:r>
          </w:p>
        </w:tc>
        <w:tc>
          <w:tcPr>
            <w:tcW w:w="3496" w:type="dxa"/>
            <w:vAlign w:val="center"/>
          </w:tcPr>
          <w:p w14:paraId="02E4DD78" w14:textId="2E972007" w:rsidR="00717B41" w:rsidRPr="00810501" w:rsidRDefault="00717B41" w:rsidP="00717B41">
            <w:pPr>
              <w:spacing w:line="252" w:lineRule="auto"/>
              <w:jc w:val="both"/>
              <w:rPr>
                <w:rFonts w:ascii="微軟正黑體" w:eastAsia="微軟正黑體" w:hAnsi="微軟正黑體"/>
                <w:color w:val="333333"/>
                <w:sz w:val="18"/>
                <w:lang w:eastAsia="zh-TW"/>
              </w:rPr>
            </w:pPr>
            <w:r>
              <w:rPr>
                <w:rFonts w:ascii="微軟正黑體" w:eastAsia="微軟正黑體" w:hAnsi="微軟正黑體"/>
                <w:color w:val="333333"/>
                <w:sz w:val="17"/>
                <w:lang w:eastAsia="zh-TW"/>
              </w:rPr>
              <w:t>品牌部</w:t>
            </w:r>
            <w:r>
              <w:rPr>
                <w:rFonts w:ascii="微軟正黑體" w:eastAsia="微軟正黑體" w:hAnsi="微軟正黑體" w:hint="eastAsia"/>
                <w:color w:val="333333"/>
                <w:sz w:val="17"/>
                <w:lang w:eastAsia="zh-TW"/>
              </w:rPr>
              <w:t xml:space="preserve"> / 總管理部</w:t>
            </w:r>
          </w:p>
        </w:tc>
        <w:tc>
          <w:tcPr>
            <w:tcW w:w="1134" w:type="dxa"/>
            <w:vAlign w:val="center"/>
          </w:tcPr>
          <w:p w14:paraId="0F179C1A" w14:textId="77777777" w:rsidR="00717B41" w:rsidRDefault="00717B41" w:rsidP="00717B41">
            <w:pPr>
              <w:spacing w:line="252" w:lineRule="auto"/>
              <w:jc w:val="center"/>
              <w:rPr>
                <w:rFonts w:ascii="微軟正黑體" w:eastAsia="微軟正黑體" w:hAnsi="微軟正黑體"/>
                <w:color w:val="333333"/>
                <w:sz w:val="17"/>
                <w:lang w:eastAsia="zh-TW"/>
              </w:rPr>
            </w:pPr>
          </w:p>
        </w:tc>
      </w:tr>
      <w:tr w:rsidR="00717B41" w:rsidRPr="00810501" w14:paraId="58F9AC3F" w14:textId="17CC55A2" w:rsidTr="00717B41">
        <w:trPr>
          <w:cantSplit/>
          <w:jc w:val="center"/>
        </w:trPr>
        <w:tc>
          <w:tcPr>
            <w:tcW w:w="1713" w:type="dxa"/>
            <w:vMerge/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BED5030" w14:textId="77777777" w:rsidR="00717B41" w:rsidRPr="00810501" w:rsidRDefault="00717B41" w:rsidP="00717B41">
            <w:pPr>
              <w:jc w:val="both"/>
              <w:rPr>
                <w:rFonts w:ascii="微軟正黑體" w:eastAsia="微軟正黑體" w:hAnsi="微軟正黑體"/>
                <w:lang w:eastAsia="zh-TW"/>
              </w:rPr>
            </w:pPr>
          </w:p>
        </w:tc>
        <w:tc>
          <w:tcPr>
            <w:tcW w:w="212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A2A40BE" w14:textId="77777777" w:rsidR="00717B41" w:rsidRPr="00810501" w:rsidRDefault="00717B41" w:rsidP="00717B41">
            <w:pPr>
              <w:spacing w:line="252" w:lineRule="auto"/>
              <w:jc w:val="both"/>
              <w:rPr>
                <w:rFonts w:ascii="微軟正黑體" w:eastAsia="微軟正黑體" w:hAnsi="微軟正黑體"/>
              </w:rPr>
            </w:pPr>
            <w:proofErr w:type="spellStart"/>
            <w:r w:rsidRPr="00810501">
              <w:rPr>
                <w:rFonts w:ascii="微軟正黑體" w:eastAsia="微軟正黑體" w:hAnsi="微軟正黑體"/>
                <w:b/>
                <w:color w:val="1F1F1F"/>
                <w:sz w:val="18"/>
              </w:rPr>
              <w:t>企業圖片與影音</w:t>
            </w:r>
            <w:proofErr w:type="spellEnd"/>
          </w:p>
        </w:tc>
        <w:tc>
          <w:tcPr>
            <w:tcW w:w="6803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2029ACF" w14:textId="77777777" w:rsidR="00717B41" w:rsidRPr="00810501" w:rsidRDefault="00717B41" w:rsidP="00717B41">
            <w:pPr>
              <w:spacing w:line="252" w:lineRule="auto"/>
              <w:jc w:val="both"/>
              <w:rPr>
                <w:rFonts w:ascii="微軟正黑體" w:eastAsia="微軟正黑體" w:hAnsi="微軟正黑體"/>
                <w:lang w:eastAsia="zh-TW"/>
              </w:rPr>
            </w:pPr>
            <w:r w:rsidRPr="00810501">
              <w:rPr>
                <w:rFonts w:ascii="微軟正黑體" w:eastAsia="微軟正黑體" w:hAnsi="微軟正黑體"/>
                <w:color w:val="333333"/>
                <w:sz w:val="18"/>
                <w:lang w:eastAsia="zh-TW"/>
              </w:rPr>
              <w:t>公司外觀、辦公室、廠區、團隊合照、主管形象照、歷史照片及企業形象影片。</w:t>
            </w:r>
          </w:p>
        </w:tc>
        <w:tc>
          <w:tcPr>
            <w:tcW w:w="3496" w:type="dxa"/>
            <w:vAlign w:val="center"/>
          </w:tcPr>
          <w:p w14:paraId="23D2EA29" w14:textId="769C677F" w:rsidR="00717B41" w:rsidRPr="00810501" w:rsidRDefault="00717B41" w:rsidP="00717B41">
            <w:pPr>
              <w:spacing w:line="252" w:lineRule="auto"/>
              <w:jc w:val="both"/>
              <w:rPr>
                <w:rFonts w:ascii="微軟正黑體" w:eastAsia="微軟正黑體" w:hAnsi="微軟正黑體"/>
                <w:color w:val="333333"/>
                <w:sz w:val="18"/>
                <w:lang w:eastAsia="zh-TW"/>
              </w:rPr>
            </w:pPr>
            <w:r>
              <w:rPr>
                <w:rFonts w:ascii="微軟正黑體" w:eastAsia="微軟正黑體" w:hAnsi="微軟正黑體"/>
                <w:color w:val="333333"/>
                <w:sz w:val="17"/>
                <w:lang w:eastAsia="zh-TW"/>
              </w:rPr>
              <w:t>品牌部</w:t>
            </w:r>
            <w:r>
              <w:rPr>
                <w:rFonts w:ascii="微軟正黑體" w:eastAsia="微軟正黑體" w:hAnsi="微軟正黑體" w:hint="eastAsia"/>
                <w:color w:val="333333"/>
                <w:sz w:val="17"/>
                <w:lang w:eastAsia="zh-TW"/>
              </w:rPr>
              <w:t xml:space="preserve"> / 總管理部</w:t>
            </w:r>
          </w:p>
        </w:tc>
        <w:tc>
          <w:tcPr>
            <w:tcW w:w="1134" w:type="dxa"/>
            <w:vAlign w:val="center"/>
          </w:tcPr>
          <w:p w14:paraId="14FDE692" w14:textId="77777777" w:rsidR="00717B41" w:rsidRDefault="00717B41" w:rsidP="00717B41">
            <w:pPr>
              <w:spacing w:line="252" w:lineRule="auto"/>
              <w:jc w:val="center"/>
              <w:rPr>
                <w:rFonts w:ascii="微軟正黑體" w:eastAsia="微軟正黑體" w:hAnsi="微軟正黑體"/>
                <w:color w:val="333333"/>
                <w:sz w:val="17"/>
                <w:lang w:eastAsia="zh-TW"/>
              </w:rPr>
            </w:pPr>
          </w:p>
        </w:tc>
      </w:tr>
      <w:tr w:rsidR="00717B41" w:rsidRPr="00810501" w14:paraId="272BAB6E" w14:textId="6B8323C9" w:rsidTr="00717B41">
        <w:trPr>
          <w:cantSplit/>
          <w:jc w:val="center"/>
        </w:trPr>
        <w:tc>
          <w:tcPr>
            <w:tcW w:w="1713" w:type="dxa"/>
            <w:vMerge/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D51DDCD" w14:textId="77777777" w:rsidR="00717B41" w:rsidRPr="00810501" w:rsidRDefault="00717B41" w:rsidP="00717B41">
            <w:pPr>
              <w:jc w:val="both"/>
              <w:rPr>
                <w:rFonts w:ascii="微軟正黑體" w:eastAsia="微軟正黑體" w:hAnsi="微軟正黑體"/>
                <w:lang w:eastAsia="zh-TW"/>
              </w:rPr>
            </w:pPr>
          </w:p>
        </w:tc>
        <w:tc>
          <w:tcPr>
            <w:tcW w:w="212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8B6F769" w14:textId="77777777" w:rsidR="00717B41" w:rsidRPr="00810501" w:rsidRDefault="00717B41" w:rsidP="00717B41">
            <w:pPr>
              <w:spacing w:line="252" w:lineRule="auto"/>
              <w:jc w:val="both"/>
              <w:rPr>
                <w:rFonts w:ascii="微軟正黑體" w:eastAsia="微軟正黑體" w:hAnsi="微軟正黑體"/>
              </w:rPr>
            </w:pPr>
            <w:proofErr w:type="spellStart"/>
            <w:r w:rsidRPr="00810501">
              <w:rPr>
                <w:rFonts w:ascii="微軟正黑體" w:eastAsia="微軟正黑體" w:hAnsi="微軟正黑體"/>
                <w:b/>
                <w:color w:val="1F1F1F"/>
                <w:sz w:val="18"/>
              </w:rPr>
              <w:t>企業關鍵數據</w:t>
            </w:r>
            <w:proofErr w:type="spellEnd"/>
          </w:p>
        </w:tc>
        <w:tc>
          <w:tcPr>
            <w:tcW w:w="6803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E3E4D63" w14:textId="77777777" w:rsidR="00717B41" w:rsidRPr="00810501" w:rsidRDefault="00717B41" w:rsidP="00717B41">
            <w:pPr>
              <w:spacing w:line="252" w:lineRule="auto"/>
              <w:jc w:val="both"/>
              <w:rPr>
                <w:rFonts w:ascii="微軟正黑體" w:eastAsia="微軟正黑體" w:hAnsi="微軟正黑體"/>
                <w:lang w:eastAsia="zh-TW"/>
              </w:rPr>
            </w:pPr>
            <w:r w:rsidRPr="00810501">
              <w:rPr>
                <w:rFonts w:ascii="微軟正黑體" w:eastAsia="微軟正黑體" w:hAnsi="微軟正黑體"/>
                <w:color w:val="333333"/>
                <w:sz w:val="18"/>
                <w:lang w:eastAsia="zh-TW"/>
              </w:rPr>
              <w:t>成立年數、員工人數、據點數、服務國家數、專利數等，並註明統計日期與統計範圍。</w:t>
            </w:r>
          </w:p>
        </w:tc>
        <w:tc>
          <w:tcPr>
            <w:tcW w:w="3496" w:type="dxa"/>
            <w:vAlign w:val="center"/>
          </w:tcPr>
          <w:p w14:paraId="2A901DFD" w14:textId="6097B560" w:rsidR="00717B41" w:rsidRPr="00810501" w:rsidRDefault="00717B41" w:rsidP="00717B41">
            <w:pPr>
              <w:spacing w:line="252" w:lineRule="auto"/>
              <w:jc w:val="both"/>
              <w:rPr>
                <w:rFonts w:ascii="微軟正黑體" w:eastAsia="微軟正黑體" w:hAnsi="微軟正黑體"/>
                <w:color w:val="333333"/>
                <w:sz w:val="18"/>
                <w:lang w:eastAsia="zh-TW"/>
              </w:rPr>
            </w:pPr>
            <w:r>
              <w:rPr>
                <w:rFonts w:ascii="微軟正黑體" w:eastAsia="微軟正黑體" w:hAnsi="微軟正黑體"/>
                <w:color w:val="333333"/>
                <w:sz w:val="17"/>
                <w:lang w:eastAsia="zh-TW"/>
              </w:rPr>
              <w:t>總經理室／財務部／人力資源部／各數據權責單位</w:t>
            </w:r>
            <w:r>
              <w:rPr>
                <w:rFonts w:ascii="微軟正黑體" w:eastAsia="微軟正黑體" w:hAnsi="微軟正黑體" w:hint="eastAsia"/>
                <w:color w:val="333333"/>
                <w:sz w:val="17"/>
                <w:lang w:eastAsia="zh-TW"/>
              </w:rPr>
              <w:t xml:space="preserve"> / 總管理部</w:t>
            </w:r>
          </w:p>
        </w:tc>
        <w:tc>
          <w:tcPr>
            <w:tcW w:w="1134" w:type="dxa"/>
            <w:vAlign w:val="center"/>
          </w:tcPr>
          <w:p w14:paraId="2100D16E" w14:textId="77777777" w:rsidR="00717B41" w:rsidRDefault="00717B41" w:rsidP="00717B41">
            <w:pPr>
              <w:spacing w:line="252" w:lineRule="auto"/>
              <w:jc w:val="center"/>
              <w:rPr>
                <w:rFonts w:ascii="微軟正黑體" w:eastAsia="微軟正黑體" w:hAnsi="微軟正黑體"/>
                <w:color w:val="333333"/>
                <w:sz w:val="17"/>
                <w:lang w:eastAsia="zh-TW"/>
              </w:rPr>
            </w:pPr>
          </w:p>
        </w:tc>
      </w:tr>
      <w:tr w:rsidR="00717B41" w:rsidRPr="00810501" w14:paraId="64A172CA" w14:textId="376F22BB" w:rsidTr="00717B41">
        <w:trPr>
          <w:cantSplit/>
          <w:jc w:val="center"/>
        </w:trPr>
        <w:tc>
          <w:tcPr>
            <w:tcW w:w="1713" w:type="dxa"/>
            <w:vMerge w:val="restart"/>
            <w:shd w:val="clear" w:color="auto" w:fill="E2F0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15C53FB" w14:textId="1A03AFB6" w:rsidR="00717B41" w:rsidRPr="00810501" w:rsidRDefault="00717B41" w:rsidP="00717B41">
            <w:pPr>
              <w:spacing w:line="252" w:lineRule="auto"/>
              <w:jc w:val="both"/>
              <w:rPr>
                <w:rFonts w:ascii="微軟正黑體" w:eastAsia="微軟正黑體" w:hAnsi="微軟正黑體"/>
                <w:lang w:eastAsia="zh-TW"/>
              </w:rPr>
            </w:pPr>
            <w:r w:rsidRPr="00810501">
              <w:rPr>
                <w:rFonts w:ascii="微軟正黑體" w:eastAsia="微軟正黑體" w:hAnsi="微軟正黑體"/>
                <w:b/>
                <w:color w:val="1F1F1F"/>
                <w:sz w:val="19"/>
                <w:lang w:eastAsia="zh-TW"/>
              </w:rPr>
              <w:t>二、產品</w:t>
            </w:r>
            <w:r>
              <w:rPr>
                <w:rFonts w:ascii="微軟正黑體" w:eastAsia="微軟正黑體" w:hAnsi="微軟正黑體" w:hint="eastAsia"/>
                <w:b/>
                <w:color w:val="1F1F1F"/>
                <w:sz w:val="19"/>
                <w:lang w:eastAsia="zh-TW"/>
              </w:rPr>
              <w:t>或</w:t>
            </w:r>
            <w:r w:rsidRPr="00810501">
              <w:rPr>
                <w:rFonts w:ascii="微軟正黑體" w:eastAsia="微軟正黑體" w:hAnsi="微軟正黑體"/>
                <w:b/>
                <w:color w:val="1F1F1F"/>
                <w:sz w:val="19"/>
                <w:lang w:eastAsia="zh-TW"/>
              </w:rPr>
              <w:t>服務</w:t>
            </w:r>
            <w:r>
              <w:rPr>
                <w:rFonts w:ascii="微軟正黑體" w:eastAsia="微軟正黑體" w:hAnsi="微軟正黑體" w:hint="eastAsia"/>
                <w:b/>
                <w:color w:val="1F1F1F"/>
                <w:sz w:val="19"/>
                <w:lang w:eastAsia="zh-TW"/>
              </w:rPr>
              <w:t>介紹</w:t>
            </w:r>
          </w:p>
        </w:tc>
        <w:tc>
          <w:tcPr>
            <w:tcW w:w="212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E0EA6CA" w14:textId="2FDF266C" w:rsidR="00717B41" w:rsidRPr="00810501" w:rsidRDefault="00717B41" w:rsidP="00717B41">
            <w:pPr>
              <w:spacing w:line="252" w:lineRule="auto"/>
              <w:jc w:val="both"/>
              <w:rPr>
                <w:rFonts w:ascii="微軟正黑體" w:eastAsia="微軟正黑體" w:hAnsi="微軟正黑體"/>
              </w:rPr>
            </w:pPr>
            <w:proofErr w:type="spellStart"/>
            <w:r w:rsidRPr="00810501">
              <w:rPr>
                <w:rFonts w:ascii="微軟正黑體" w:eastAsia="微軟正黑體" w:hAnsi="微軟正黑體"/>
                <w:b/>
                <w:color w:val="1F1F1F"/>
                <w:sz w:val="18"/>
              </w:rPr>
              <w:t>產品</w:t>
            </w:r>
            <w:proofErr w:type="spellEnd"/>
            <w:r>
              <w:rPr>
                <w:rFonts w:ascii="微軟正黑體" w:eastAsia="微軟正黑體" w:hAnsi="微軟正黑體" w:hint="eastAsia"/>
                <w:b/>
                <w:color w:val="1F1F1F"/>
                <w:sz w:val="18"/>
                <w:lang w:eastAsia="zh-TW"/>
              </w:rPr>
              <w:t>大</w:t>
            </w:r>
            <w:proofErr w:type="spellStart"/>
            <w:r w:rsidRPr="00810501">
              <w:rPr>
                <w:rFonts w:ascii="微軟正黑體" w:eastAsia="微軟正黑體" w:hAnsi="微軟正黑體"/>
                <w:b/>
                <w:color w:val="1F1F1F"/>
                <w:sz w:val="18"/>
              </w:rPr>
              <w:t>分類</w:t>
            </w:r>
            <w:proofErr w:type="spellEnd"/>
          </w:p>
        </w:tc>
        <w:tc>
          <w:tcPr>
            <w:tcW w:w="6803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3216EB8" w14:textId="77777777" w:rsidR="00717B41" w:rsidRPr="00810501" w:rsidRDefault="00717B41" w:rsidP="00717B41">
            <w:pPr>
              <w:spacing w:line="252" w:lineRule="auto"/>
              <w:jc w:val="both"/>
              <w:rPr>
                <w:rFonts w:ascii="微軟正黑體" w:eastAsia="微軟正黑體" w:hAnsi="微軟正黑體"/>
                <w:lang w:eastAsia="zh-TW"/>
              </w:rPr>
            </w:pPr>
            <w:r w:rsidRPr="00810501">
              <w:rPr>
                <w:rFonts w:ascii="微軟正黑體" w:eastAsia="微軟正黑體" w:hAnsi="微軟正黑體"/>
                <w:color w:val="333333"/>
                <w:sz w:val="18"/>
                <w:lang w:eastAsia="zh-TW"/>
              </w:rPr>
              <w:t>產品大分類、子分類、產品系列、分類邏輯、顯示排序及各分類簡介。</w:t>
            </w:r>
          </w:p>
        </w:tc>
        <w:tc>
          <w:tcPr>
            <w:tcW w:w="3496" w:type="dxa"/>
            <w:vAlign w:val="center"/>
          </w:tcPr>
          <w:p w14:paraId="744DEAC5" w14:textId="567096C7" w:rsidR="00717B41" w:rsidRPr="00810501" w:rsidRDefault="00717B41" w:rsidP="00717B41">
            <w:pPr>
              <w:spacing w:line="252" w:lineRule="auto"/>
              <w:jc w:val="both"/>
              <w:rPr>
                <w:rFonts w:ascii="微軟正黑體" w:eastAsia="微軟正黑體" w:hAnsi="微軟正黑體"/>
                <w:color w:val="333333"/>
                <w:sz w:val="18"/>
                <w:lang w:eastAsia="zh-TW"/>
              </w:rPr>
            </w:pPr>
            <w:r>
              <w:rPr>
                <w:rFonts w:ascii="微軟正黑體" w:eastAsia="微軟正黑體" w:hAnsi="微軟正黑體"/>
                <w:color w:val="333333"/>
                <w:sz w:val="17"/>
                <w:lang w:eastAsia="zh-TW"/>
              </w:rPr>
              <w:t>產品部／業務部／各事業部</w:t>
            </w:r>
          </w:p>
        </w:tc>
        <w:tc>
          <w:tcPr>
            <w:tcW w:w="1134" w:type="dxa"/>
            <w:vAlign w:val="center"/>
          </w:tcPr>
          <w:p w14:paraId="3D943B7F" w14:textId="77777777" w:rsidR="00717B41" w:rsidRDefault="00717B41" w:rsidP="00717B41">
            <w:pPr>
              <w:spacing w:line="252" w:lineRule="auto"/>
              <w:jc w:val="center"/>
              <w:rPr>
                <w:rFonts w:ascii="微軟正黑體" w:eastAsia="微軟正黑體" w:hAnsi="微軟正黑體"/>
                <w:color w:val="333333"/>
                <w:sz w:val="17"/>
                <w:lang w:eastAsia="zh-TW"/>
              </w:rPr>
            </w:pPr>
          </w:p>
        </w:tc>
      </w:tr>
      <w:tr w:rsidR="00717B41" w:rsidRPr="00810501" w14:paraId="63D7C94F" w14:textId="7ABB4FA0" w:rsidTr="00717B41">
        <w:trPr>
          <w:cantSplit/>
          <w:jc w:val="center"/>
        </w:trPr>
        <w:tc>
          <w:tcPr>
            <w:tcW w:w="1713" w:type="dxa"/>
            <w:vMerge/>
            <w:shd w:val="clear" w:color="auto" w:fill="E2F0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0BDA998" w14:textId="77777777" w:rsidR="00717B41" w:rsidRPr="00810501" w:rsidRDefault="00717B41" w:rsidP="00717B41">
            <w:pPr>
              <w:jc w:val="both"/>
              <w:rPr>
                <w:rFonts w:ascii="微軟正黑體" w:eastAsia="微軟正黑體" w:hAnsi="微軟正黑體"/>
                <w:lang w:eastAsia="zh-TW"/>
              </w:rPr>
            </w:pPr>
          </w:p>
        </w:tc>
        <w:tc>
          <w:tcPr>
            <w:tcW w:w="212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71FE983" w14:textId="441C210B" w:rsidR="00717B41" w:rsidRPr="00810501" w:rsidRDefault="00717B41" w:rsidP="00717B41">
            <w:pPr>
              <w:spacing w:line="252" w:lineRule="auto"/>
              <w:jc w:val="both"/>
              <w:rPr>
                <w:rFonts w:ascii="微軟正黑體" w:eastAsia="微軟正黑體" w:hAnsi="微軟正黑體"/>
                <w:lang w:eastAsia="zh-TW"/>
              </w:rPr>
            </w:pPr>
            <w:proofErr w:type="spellStart"/>
            <w:r w:rsidRPr="00810501">
              <w:rPr>
                <w:rFonts w:ascii="微軟正黑體" w:eastAsia="微軟正黑體" w:hAnsi="微軟正黑體"/>
                <w:b/>
                <w:color w:val="1F1F1F"/>
                <w:sz w:val="18"/>
              </w:rPr>
              <w:t>產品</w:t>
            </w:r>
            <w:proofErr w:type="spellEnd"/>
            <w:r>
              <w:rPr>
                <w:rFonts w:ascii="微軟正黑體" w:eastAsia="微軟正黑體" w:hAnsi="微軟正黑體" w:hint="eastAsia"/>
                <w:b/>
                <w:color w:val="1F1F1F"/>
                <w:sz w:val="18"/>
                <w:lang w:eastAsia="zh-TW"/>
              </w:rPr>
              <w:t>資訊</w:t>
            </w:r>
          </w:p>
        </w:tc>
        <w:tc>
          <w:tcPr>
            <w:tcW w:w="6803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E4E1066" w14:textId="77777777" w:rsidR="00717B41" w:rsidRPr="00810501" w:rsidRDefault="00717B41" w:rsidP="00717B41">
            <w:pPr>
              <w:spacing w:line="252" w:lineRule="auto"/>
              <w:jc w:val="both"/>
              <w:rPr>
                <w:rFonts w:ascii="微軟正黑體" w:eastAsia="微軟正黑體" w:hAnsi="微軟正黑體"/>
                <w:lang w:eastAsia="zh-TW"/>
              </w:rPr>
            </w:pPr>
            <w:r w:rsidRPr="00810501">
              <w:rPr>
                <w:rFonts w:ascii="微軟正黑體" w:eastAsia="微軟正黑體" w:hAnsi="微軟正黑體"/>
                <w:color w:val="333333"/>
                <w:sz w:val="18"/>
                <w:lang w:eastAsia="zh-TW"/>
              </w:rPr>
              <w:t>產品名稱、英文名稱、型號、特色、用途、適用產業及應用情境。</w:t>
            </w:r>
          </w:p>
        </w:tc>
        <w:tc>
          <w:tcPr>
            <w:tcW w:w="3496" w:type="dxa"/>
            <w:vAlign w:val="center"/>
          </w:tcPr>
          <w:p w14:paraId="361B6462" w14:textId="62F306D6" w:rsidR="00717B41" w:rsidRPr="00810501" w:rsidRDefault="00717B41" w:rsidP="00717B41">
            <w:pPr>
              <w:spacing w:line="252" w:lineRule="auto"/>
              <w:jc w:val="both"/>
              <w:rPr>
                <w:rFonts w:ascii="微軟正黑體" w:eastAsia="微軟正黑體" w:hAnsi="微軟正黑體"/>
                <w:color w:val="333333"/>
                <w:sz w:val="18"/>
                <w:lang w:eastAsia="zh-TW"/>
              </w:rPr>
            </w:pPr>
            <w:r>
              <w:rPr>
                <w:rFonts w:ascii="微軟正黑體" w:eastAsia="微軟正黑體" w:hAnsi="微軟正黑體"/>
                <w:color w:val="333333"/>
                <w:sz w:val="17"/>
                <w:lang w:eastAsia="zh-TW"/>
              </w:rPr>
              <w:t>產品部／業務部／各事業部</w:t>
            </w:r>
          </w:p>
        </w:tc>
        <w:tc>
          <w:tcPr>
            <w:tcW w:w="1134" w:type="dxa"/>
            <w:vAlign w:val="center"/>
          </w:tcPr>
          <w:p w14:paraId="7EEA9AD1" w14:textId="77777777" w:rsidR="00717B41" w:rsidRDefault="00717B41" w:rsidP="00717B41">
            <w:pPr>
              <w:spacing w:line="252" w:lineRule="auto"/>
              <w:jc w:val="center"/>
              <w:rPr>
                <w:rFonts w:ascii="微軟正黑體" w:eastAsia="微軟正黑體" w:hAnsi="微軟正黑體"/>
                <w:color w:val="333333"/>
                <w:sz w:val="17"/>
                <w:lang w:eastAsia="zh-TW"/>
              </w:rPr>
            </w:pPr>
          </w:p>
        </w:tc>
      </w:tr>
      <w:tr w:rsidR="00717B41" w:rsidRPr="00810501" w14:paraId="6EC8D4DC" w14:textId="09424122" w:rsidTr="00717B41">
        <w:trPr>
          <w:cantSplit/>
          <w:jc w:val="center"/>
        </w:trPr>
        <w:tc>
          <w:tcPr>
            <w:tcW w:w="1713" w:type="dxa"/>
            <w:vMerge/>
            <w:shd w:val="clear" w:color="auto" w:fill="E2F0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852B4A3" w14:textId="77777777" w:rsidR="00717B41" w:rsidRPr="00810501" w:rsidRDefault="00717B41" w:rsidP="00717B41">
            <w:pPr>
              <w:jc w:val="both"/>
              <w:rPr>
                <w:rFonts w:ascii="微軟正黑體" w:eastAsia="微軟正黑體" w:hAnsi="微軟正黑體"/>
                <w:lang w:eastAsia="zh-TW"/>
              </w:rPr>
            </w:pPr>
          </w:p>
        </w:tc>
        <w:tc>
          <w:tcPr>
            <w:tcW w:w="212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7E8C25B" w14:textId="756D2A66" w:rsidR="00717B41" w:rsidRPr="00810501" w:rsidRDefault="00717B41" w:rsidP="00717B41">
            <w:pPr>
              <w:spacing w:line="252" w:lineRule="auto"/>
              <w:jc w:val="both"/>
              <w:rPr>
                <w:rFonts w:ascii="微軟正黑體" w:eastAsia="微軟正黑體" w:hAnsi="微軟正黑體"/>
              </w:rPr>
            </w:pPr>
            <w:proofErr w:type="spellStart"/>
            <w:r w:rsidRPr="00810501">
              <w:rPr>
                <w:rFonts w:ascii="微軟正黑體" w:eastAsia="微軟正黑體" w:hAnsi="微軟正黑體"/>
                <w:b/>
                <w:color w:val="1F1F1F"/>
                <w:sz w:val="18"/>
              </w:rPr>
              <w:t>產品規格</w:t>
            </w:r>
            <w:proofErr w:type="spellEnd"/>
          </w:p>
        </w:tc>
        <w:tc>
          <w:tcPr>
            <w:tcW w:w="6803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775018A" w14:textId="77777777" w:rsidR="00717B41" w:rsidRPr="00810501" w:rsidRDefault="00717B41" w:rsidP="00717B41">
            <w:pPr>
              <w:spacing w:line="252" w:lineRule="auto"/>
              <w:jc w:val="both"/>
              <w:rPr>
                <w:rFonts w:ascii="微軟正黑體" w:eastAsia="微軟正黑體" w:hAnsi="微軟正黑體"/>
                <w:lang w:eastAsia="zh-TW"/>
              </w:rPr>
            </w:pPr>
            <w:r w:rsidRPr="00810501">
              <w:rPr>
                <w:rFonts w:ascii="微軟正黑體" w:eastAsia="微軟正黑體" w:hAnsi="微軟正黑體"/>
                <w:color w:val="333333"/>
                <w:sz w:val="18"/>
                <w:lang w:eastAsia="zh-TW"/>
              </w:rPr>
              <w:t>尺寸、材質、性能、容量、技術參數、相容性、測試條件及使用限制。</w:t>
            </w:r>
          </w:p>
        </w:tc>
        <w:tc>
          <w:tcPr>
            <w:tcW w:w="3496" w:type="dxa"/>
            <w:vAlign w:val="center"/>
          </w:tcPr>
          <w:p w14:paraId="5A2910F7" w14:textId="3BB3D961" w:rsidR="00717B41" w:rsidRPr="00810501" w:rsidRDefault="00717B41" w:rsidP="00717B41">
            <w:pPr>
              <w:spacing w:line="252" w:lineRule="auto"/>
              <w:jc w:val="both"/>
              <w:rPr>
                <w:rFonts w:ascii="微軟正黑體" w:eastAsia="微軟正黑體" w:hAnsi="微軟正黑體"/>
                <w:color w:val="333333"/>
                <w:sz w:val="18"/>
                <w:lang w:eastAsia="zh-TW"/>
              </w:rPr>
            </w:pPr>
            <w:r>
              <w:rPr>
                <w:rFonts w:ascii="微軟正黑體" w:eastAsia="微軟正黑體" w:hAnsi="微軟正黑體"/>
                <w:color w:val="333333"/>
                <w:sz w:val="17"/>
                <w:lang w:eastAsia="zh-TW"/>
              </w:rPr>
              <w:t>研發部／工程部</w:t>
            </w:r>
          </w:p>
        </w:tc>
        <w:tc>
          <w:tcPr>
            <w:tcW w:w="1134" w:type="dxa"/>
            <w:vAlign w:val="center"/>
          </w:tcPr>
          <w:p w14:paraId="4DC97CE8" w14:textId="77777777" w:rsidR="00717B41" w:rsidRDefault="00717B41" w:rsidP="00717B41">
            <w:pPr>
              <w:spacing w:line="252" w:lineRule="auto"/>
              <w:jc w:val="center"/>
              <w:rPr>
                <w:rFonts w:ascii="微軟正黑體" w:eastAsia="微軟正黑體" w:hAnsi="微軟正黑體"/>
                <w:color w:val="333333"/>
                <w:sz w:val="17"/>
                <w:lang w:eastAsia="zh-TW"/>
              </w:rPr>
            </w:pPr>
          </w:p>
        </w:tc>
      </w:tr>
      <w:tr w:rsidR="00717B41" w:rsidRPr="00810501" w14:paraId="3748F68A" w14:textId="45C9BC07" w:rsidTr="00717B41">
        <w:trPr>
          <w:cantSplit/>
          <w:jc w:val="center"/>
        </w:trPr>
        <w:tc>
          <w:tcPr>
            <w:tcW w:w="1713" w:type="dxa"/>
            <w:vMerge/>
            <w:shd w:val="clear" w:color="auto" w:fill="E2F0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99AF1F0" w14:textId="77777777" w:rsidR="00717B41" w:rsidRPr="00810501" w:rsidRDefault="00717B41" w:rsidP="00717B41">
            <w:pPr>
              <w:jc w:val="both"/>
              <w:rPr>
                <w:rFonts w:ascii="微軟正黑體" w:eastAsia="微軟正黑體" w:hAnsi="微軟正黑體"/>
                <w:lang w:eastAsia="zh-TW"/>
              </w:rPr>
            </w:pPr>
          </w:p>
        </w:tc>
        <w:tc>
          <w:tcPr>
            <w:tcW w:w="212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8403AF6" w14:textId="77777777" w:rsidR="00717B41" w:rsidRPr="00810501" w:rsidRDefault="00717B41" w:rsidP="00717B41">
            <w:pPr>
              <w:spacing w:line="252" w:lineRule="auto"/>
              <w:jc w:val="both"/>
              <w:rPr>
                <w:rFonts w:ascii="微軟正黑體" w:eastAsia="微軟正黑體" w:hAnsi="微軟正黑體"/>
              </w:rPr>
            </w:pPr>
            <w:proofErr w:type="spellStart"/>
            <w:r w:rsidRPr="00810501">
              <w:rPr>
                <w:rFonts w:ascii="微軟正黑體" w:eastAsia="微軟正黑體" w:hAnsi="微軟正黑體"/>
                <w:b/>
                <w:color w:val="1F1F1F"/>
                <w:sz w:val="18"/>
              </w:rPr>
              <w:t>產品圖片</w:t>
            </w:r>
            <w:proofErr w:type="spellEnd"/>
          </w:p>
        </w:tc>
        <w:tc>
          <w:tcPr>
            <w:tcW w:w="6803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322C0BE" w14:textId="77777777" w:rsidR="00717B41" w:rsidRPr="00810501" w:rsidRDefault="00717B41" w:rsidP="00717B41">
            <w:pPr>
              <w:spacing w:line="252" w:lineRule="auto"/>
              <w:jc w:val="both"/>
              <w:rPr>
                <w:rFonts w:ascii="微軟正黑體" w:eastAsia="微軟正黑體" w:hAnsi="微軟正黑體"/>
                <w:lang w:eastAsia="zh-TW"/>
              </w:rPr>
            </w:pPr>
            <w:r w:rsidRPr="00810501">
              <w:rPr>
                <w:rFonts w:ascii="微軟正黑體" w:eastAsia="微軟正黑體" w:hAnsi="微軟正黑體"/>
                <w:color w:val="333333"/>
                <w:sz w:val="18"/>
                <w:lang w:eastAsia="zh-TW"/>
              </w:rPr>
              <w:t>產品主圖、不同角度、細節圖、尺寸圖、應用情境圖、包裝圖及可供網站使用的高解析原始檔。</w:t>
            </w:r>
          </w:p>
        </w:tc>
        <w:tc>
          <w:tcPr>
            <w:tcW w:w="3496" w:type="dxa"/>
            <w:vAlign w:val="center"/>
          </w:tcPr>
          <w:p w14:paraId="6E214B73" w14:textId="7DA730A8" w:rsidR="00717B41" w:rsidRPr="00810501" w:rsidRDefault="00717B41" w:rsidP="00717B41">
            <w:pPr>
              <w:spacing w:line="252" w:lineRule="auto"/>
              <w:jc w:val="both"/>
              <w:rPr>
                <w:rFonts w:ascii="微軟正黑體" w:eastAsia="微軟正黑體" w:hAnsi="微軟正黑體"/>
                <w:color w:val="333333"/>
                <w:sz w:val="18"/>
                <w:lang w:eastAsia="zh-TW"/>
              </w:rPr>
            </w:pPr>
            <w:r>
              <w:rPr>
                <w:rFonts w:ascii="微軟正黑體" w:eastAsia="微軟正黑體" w:hAnsi="微軟正黑體"/>
                <w:color w:val="333333"/>
                <w:sz w:val="17"/>
                <w:lang w:eastAsia="zh-TW"/>
              </w:rPr>
              <w:t>產品部／行銷部</w:t>
            </w:r>
          </w:p>
        </w:tc>
        <w:tc>
          <w:tcPr>
            <w:tcW w:w="1134" w:type="dxa"/>
            <w:vAlign w:val="center"/>
          </w:tcPr>
          <w:p w14:paraId="673F3A06" w14:textId="77777777" w:rsidR="00717B41" w:rsidRDefault="00717B41" w:rsidP="00717B41">
            <w:pPr>
              <w:spacing w:line="252" w:lineRule="auto"/>
              <w:jc w:val="center"/>
              <w:rPr>
                <w:rFonts w:ascii="微軟正黑體" w:eastAsia="微軟正黑體" w:hAnsi="微軟正黑體"/>
                <w:color w:val="333333"/>
                <w:sz w:val="17"/>
                <w:lang w:eastAsia="zh-TW"/>
              </w:rPr>
            </w:pPr>
          </w:p>
        </w:tc>
      </w:tr>
      <w:tr w:rsidR="00717B41" w:rsidRPr="00810501" w14:paraId="62359EA4" w14:textId="7FA1DE14" w:rsidTr="00717B41">
        <w:trPr>
          <w:cantSplit/>
          <w:jc w:val="center"/>
        </w:trPr>
        <w:tc>
          <w:tcPr>
            <w:tcW w:w="1713" w:type="dxa"/>
            <w:vMerge/>
            <w:shd w:val="clear" w:color="auto" w:fill="E2F0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526EAD9" w14:textId="77777777" w:rsidR="00717B41" w:rsidRPr="00810501" w:rsidRDefault="00717B41" w:rsidP="00717B41">
            <w:pPr>
              <w:jc w:val="both"/>
              <w:rPr>
                <w:rFonts w:ascii="微軟正黑體" w:eastAsia="微軟正黑體" w:hAnsi="微軟正黑體"/>
                <w:lang w:eastAsia="zh-TW"/>
              </w:rPr>
            </w:pPr>
          </w:p>
        </w:tc>
        <w:tc>
          <w:tcPr>
            <w:tcW w:w="212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10C2AB9" w14:textId="30972B2A" w:rsidR="00717B41" w:rsidRPr="00810501" w:rsidRDefault="00717B41" w:rsidP="00717B41">
            <w:pPr>
              <w:spacing w:line="252" w:lineRule="auto"/>
              <w:jc w:val="both"/>
              <w:rPr>
                <w:rFonts w:ascii="微軟正黑體" w:eastAsia="微軟正黑體" w:hAnsi="微軟正黑體"/>
                <w:lang w:eastAsia="zh-TW"/>
              </w:rPr>
            </w:pPr>
            <w:proofErr w:type="spellStart"/>
            <w:r w:rsidRPr="00810501">
              <w:rPr>
                <w:rFonts w:ascii="微軟正黑體" w:eastAsia="微軟正黑體" w:hAnsi="微軟正黑體"/>
                <w:b/>
                <w:color w:val="1F1F1F"/>
                <w:sz w:val="18"/>
              </w:rPr>
              <w:t>產品</w:t>
            </w:r>
            <w:proofErr w:type="spellEnd"/>
            <w:r>
              <w:rPr>
                <w:rFonts w:ascii="微軟正黑體" w:eastAsia="微軟正黑體" w:hAnsi="微軟正黑體" w:hint="eastAsia"/>
                <w:b/>
                <w:color w:val="1F1F1F"/>
                <w:sz w:val="18"/>
                <w:lang w:eastAsia="zh-TW"/>
              </w:rPr>
              <w:t>附件</w:t>
            </w:r>
          </w:p>
        </w:tc>
        <w:tc>
          <w:tcPr>
            <w:tcW w:w="6803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ACFD546" w14:textId="77777777" w:rsidR="00717B41" w:rsidRPr="00810501" w:rsidRDefault="00717B41" w:rsidP="00717B41">
            <w:pPr>
              <w:spacing w:line="252" w:lineRule="auto"/>
              <w:jc w:val="both"/>
              <w:rPr>
                <w:rFonts w:ascii="微軟正黑體" w:eastAsia="微軟正黑體" w:hAnsi="微軟正黑體"/>
                <w:lang w:eastAsia="zh-TW"/>
              </w:rPr>
            </w:pPr>
            <w:r w:rsidRPr="00810501">
              <w:rPr>
                <w:rFonts w:ascii="微軟正黑體" w:eastAsia="微軟正黑體" w:hAnsi="微軟正黑體"/>
                <w:color w:val="333333"/>
                <w:sz w:val="18"/>
                <w:lang w:eastAsia="zh-TW"/>
              </w:rPr>
              <w:t>產品型錄、規格書、操作手冊、安裝說明、CAD圖、測試報告及檔案版本日期。</w:t>
            </w:r>
          </w:p>
        </w:tc>
        <w:tc>
          <w:tcPr>
            <w:tcW w:w="3496" w:type="dxa"/>
            <w:vAlign w:val="center"/>
          </w:tcPr>
          <w:p w14:paraId="72254FEE" w14:textId="5AC39140" w:rsidR="00717B41" w:rsidRPr="00810501" w:rsidRDefault="00717B41" w:rsidP="00717B41">
            <w:pPr>
              <w:spacing w:line="252" w:lineRule="auto"/>
              <w:jc w:val="both"/>
              <w:rPr>
                <w:rFonts w:ascii="微軟正黑體" w:eastAsia="微軟正黑體" w:hAnsi="微軟正黑體"/>
                <w:color w:val="333333"/>
                <w:sz w:val="18"/>
                <w:lang w:eastAsia="zh-TW"/>
              </w:rPr>
            </w:pPr>
            <w:r>
              <w:rPr>
                <w:rFonts w:ascii="微軟正黑體" w:eastAsia="微軟正黑體" w:hAnsi="微軟正黑體"/>
                <w:color w:val="333333"/>
                <w:sz w:val="17"/>
                <w:lang w:eastAsia="zh-TW"/>
              </w:rPr>
              <w:t>產品部／研發</w:t>
            </w:r>
            <w:r>
              <w:rPr>
                <w:rFonts w:ascii="微軟正黑體" w:eastAsia="微軟正黑體" w:hAnsi="微軟正黑體" w:hint="eastAsia"/>
                <w:color w:val="333333"/>
                <w:sz w:val="17"/>
                <w:lang w:eastAsia="zh-TW"/>
              </w:rPr>
              <w:t>部</w:t>
            </w:r>
          </w:p>
        </w:tc>
        <w:tc>
          <w:tcPr>
            <w:tcW w:w="1134" w:type="dxa"/>
            <w:vAlign w:val="center"/>
          </w:tcPr>
          <w:p w14:paraId="7FD1A6AA" w14:textId="77777777" w:rsidR="00717B41" w:rsidRDefault="00717B41" w:rsidP="00717B41">
            <w:pPr>
              <w:spacing w:line="252" w:lineRule="auto"/>
              <w:jc w:val="center"/>
              <w:rPr>
                <w:rFonts w:ascii="微軟正黑體" w:eastAsia="微軟正黑體" w:hAnsi="微軟正黑體"/>
                <w:color w:val="333333"/>
                <w:sz w:val="17"/>
                <w:lang w:eastAsia="zh-TW"/>
              </w:rPr>
            </w:pPr>
          </w:p>
        </w:tc>
      </w:tr>
      <w:tr w:rsidR="00717B41" w:rsidRPr="00810501" w14:paraId="677C3129" w14:textId="28F3BC46" w:rsidTr="00717B41">
        <w:trPr>
          <w:cantSplit/>
          <w:jc w:val="center"/>
        </w:trPr>
        <w:tc>
          <w:tcPr>
            <w:tcW w:w="1713" w:type="dxa"/>
            <w:vMerge/>
            <w:shd w:val="clear" w:color="auto" w:fill="E2F0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7B2D6F5" w14:textId="77777777" w:rsidR="00717B41" w:rsidRPr="00810501" w:rsidRDefault="00717B41" w:rsidP="00717B41">
            <w:pPr>
              <w:jc w:val="both"/>
              <w:rPr>
                <w:rFonts w:ascii="微軟正黑體" w:eastAsia="微軟正黑體" w:hAnsi="微軟正黑體"/>
                <w:lang w:eastAsia="zh-TW"/>
              </w:rPr>
            </w:pPr>
          </w:p>
        </w:tc>
        <w:tc>
          <w:tcPr>
            <w:tcW w:w="212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2ED4208" w14:textId="4F4E1EB4" w:rsidR="00717B41" w:rsidRPr="00810501" w:rsidRDefault="00717B41" w:rsidP="00717B41">
            <w:pPr>
              <w:spacing w:line="252" w:lineRule="auto"/>
              <w:jc w:val="both"/>
              <w:rPr>
                <w:rFonts w:ascii="微軟正黑體" w:eastAsia="微軟正黑體" w:hAnsi="微軟正黑體"/>
              </w:rPr>
            </w:pPr>
            <w:proofErr w:type="spellStart"/>
            <w:r w:rsidRPr="00810501">
              <w:rPr>
                <w:rFonts w:ascii="微軟正黑體" w:eastAsia="微軟正黑體" w:hAnsi="微軟正黑體"/>
                <w:b/>
                <w:color w:val="1F1F1F"/>
                <w:sz w:val="18"/>
              </w:rPr>
              <w:t>服務</w:t>
            </w:r>
            <w:proofErr w:type="spellEnd"/>
            <w:r>
              <w:rPr>
                <w:rFonts w:ascii="微軟正黑體" w:eastAsia="微軟正黑體" w:hAnsi="微軟正黑體" w:hint="eastAsia"/>
                <w:b/>
                <w:color w:val="1F1F1F"/>
                <w:sz w:val="18"/>
                <w:lang w:eastAsia="zh-TW"/>
              </w:rPr>
              <w:t>項目</w:t>
            </w:r>
          </w:p>
        </w:tc>
        <w:tc>
          <w:tcPr>
            <w:tcW w:w="6803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30AFC41" w14:textId="77777777" w:rsidR="00717B41" w:rsidRPr="00810501" w:rsidRDefault="00717B41" w:rsidP="00717B41">
            <w:pPr>
              <w:spacing w:line="252" w:lineRule="auto"/>
              <w:jc w:val="both"/>
              <w:rPr>
                <w:rFonts w:ascii="微軟正黑體" w:eastAsia="微軟正黑體" w:hAnsi="微軟正黑體"/>
                <w:lang w:eastAsia="zh-TW"/>
              </w:rPr>
            </w:pPr>
            <w:r w:rsidRPr="00810501">
              <w:rPr>
                <w:rFonts w:ascii="微軟正黑體" w:eastAsia="微軟正黑體" w:hAnsi="微軟正黑體"/>
                <w:color w:val="333333"/>
                <w:sz w:val="18"/>
                <w:lang w:eastAsia="zh-TW"/>
              </w:rPr>
              <w:t>服務項目、服務流程、服務範圍、合作方式、服務條件及交付成果。</w:t>
            </w:r>
          </w:p>
        </w:tc>
        <w:tc>
          <w:tcPr>
            <w:tcW w:w="3496" w:type="dxa"/>
            <w:vAlign w:val="center"/>
          </w:tcPr>
          <w:p w14:paraId="4E8ECD06" w14:textId="05E88C94" w:rsidR="00717B41" w:rsidRPr="00810501" w:rsidRDefault="00717B41" w:rsidP="00717B41">
            <w:pPr>
              <w:spacing w:line="252" w:lineRule="auto"/>
              <w:jc w:val="both"/>
              <w:rPr>
                <w:rFonts w:ascii="微軟正黑體" w:eastAsia="微軟正黑體" w:hAnsi="微軟正黑體"/>
                <w:color w:val="333333"/>
                <w:sz w:val="18"/>
                <w:lang w:eastAsia="zh-TW"/>
              </w:rPr>
            </w:pPr>
            <w:r>
              <w:rPr>
                <w:rFonts w:ascii="微軟正黑體" w:eastAsia="微軟正黑體" w:hAnsi="微軟正黑體"/>
                <w:color w:val="333333"/>
                <w:sz w:val="17"/>
                <w:lang w:eastAsia="zh-TW"/>
              </w:rPr>
              <w:t>業務</w:t>
            </w:r>
            <w:r>
              <w:rPr>
                <w:rFonts w:ascii="微軟正黑體" w:eastAsia="微軟正黑體" w:hAnsi="微軟正黑體" w:hint="eastAsia"/>
                <w:color w:val="333333"/>
                <w:sz w:val="17"/>
                <w:lang w:eastAsia="zh-TW"/>
              </w:rPr>
              <w:t>部</w:t>
            </w:r>
            <w:r>
              <w:rPr>
                <w:rFonts w:ascii="微軟正黑體" w:eastAsia="微軟正黑體" w:hAnsi="微軟正黑體"/>
                <w:color w:val="333333"/>
                <w:sz w:val="17"/>
                <w:lang w:eastAsia="zh-TW"/>
              </w:rPr>
              <w:t>／各事業部</w:t>
            </w:r>
          </w:p>
        </w:tc>
        <w:tc>
          <w:tcPr>
            <w:tcW w:w="1134" w:type="dxa"/>
            <w:vAlign w:val="center"/>
          </w:tcPr>
          <w:p w14:paraId="298A8E4A" w14:textId="77777777" w:rsidR="00717B41" w:rsidRDefault="00717B41" w:rsidP="00717B41">
            <w:pPr>
              <w:spacing w:line="252" w:lineRule="auto"/>
              <w:jc w:val="center"/>
              <w:rPr>
                <w:rFonts w:ascii="微軟正黑體" w:eastAsia="微軟正黑體" w:hAnsi="微軟正黑體"/>
                <w:color w:val="333333"/>
                <w:sz w:val="17"/>
                <w:lang w:eastAsia="zh-TW"/>
              </w:rPr>
            </w:pPr>
          </w:p>
        </w:tc>
      </w:tr>
      <w:tr w:rsidR="00717B41" w:rsidRPr="00810501" w14:paraId="546AE0ED" w14:textId="438183F3" w:rsidTr="00717B41">
        <w:trPr>
          <w:cantSplit/>
          <w:jc w:val="center"/>
        </w:trPr>
        <w:tc>
          <w:tcPr>
            <w:tcW w:w="1713" w:type="dxa"/>
            <w:vMerge/>
            <w:shd w:val="clear" w:color="auto" w:fill="E2F0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276F326" w14:textId="77777777" w:rsidR="00717B41" w:rsidRPr="00810501" w:rsidRDefault="00717B41" w:rsidP="00717B41">
            <w:pPr>
              <w:jc w:val="both"/>
              <w:rPr>
                <w:rFonts w:ascii="微軟正黑體" w:eastAsia="微軟正黑體" w:hAnsi="微軟正黑體"/>
                <w:lang w:eastAsia="zh-TW"/>
              </w:rPr>
            </w:pPr>
          </w:p>
        </w:tc>
        <w:tc>
          <w:tcPr>
            <w:tcW w:w="212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85AB8F1" w14:textId="77777777" w:rsidR="00717B41" w:rsidRPr="00810501" w:rsidRDefault="00717B41" w:rsidP="00717B41">
            <w:pPr>
              <w:spacing w:line="252" w:lineRule="auto"/>
              <w:jc w:val="both"/>
              <w:rPr>
                <w:rFonts w:ascii="微軟正黑體" w:eastAsia="微軟正黑體" w:hAnsi="微軟正黑體"/>
              </w:rPr>
            </w:pPr>
            <w:proofErr w:type="spellStart"/>
            <w:r w:rsidRPr="00810501">
              <w:rPr>
                <w:rFonts w:ascii="微軟正黑體" w:eastAsia="微軟正黑體" w:hAnsi="微軟正黑體"/>
                <w:b/>
                <w:color w:val="1F1F1F"/>
                <w:sz w:val="18"/>
              </w:rPr>
              <w:t>解決方案</w:t>
            </w:r>
            <w:proofErr w:type="spellEnd"/>
          </w:p>
        </w:tc>
        <w:tc>
          <w:tcPr>
            <w:tcW w:w="6803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B75E1F8" w14:textId="77777777" w:rsidR="00717B41" w:rsidRPr="00810501" w:rsidRDefault="00717B41" w:rsidP="00717B41">
            <w:pPr>
              <w:spacing w:line="252" w:lineRule="auto"/>
              <w:jc w:val="both"/>
              <w:rPr>
                <w:rFonts w:ascii="微軟正黑體" w:eastAsia="微軟正黑體" w:hAnsi="微軟正黑體"/>
                <w:lang w:eastAsia="zh-TW"/>
              </w:rPr>
            </w:pPr>
            <w:r w:rsidRPr="00810501">
              <w:rPr>
                <w:rFonts w:ascii="微軟正黑體" w:eastAsia="微軟正黑體" w:hAnsi="微軟正黑體"/>
                <w:color w:val="333333"/>
                <w:sz w:val="18"/>
                <w:lang w:eastAsia="zh-TW"/>
              </w:rPr>
              <w:t>目標客群、客戶痛點、解決方式、導入流程、適用產業及預期效益。</w:t>
            </w:r>
          </w:p>
        </w:tc>
        <w:tc>
          <w:tcPr>
            <w:tcW w:w="3496" w:type="dxa"/>
            <w:vAlign w:val="center"/>
          </w:tcPr>
          <w:p w14:paraId="06077D62" w14:textId="46D38FB7" w:rsidR="00717B41" w:rsidRPr="00810501" w:rsidRDefault="00717B41" w:rsidP="00717B41">
            <w:pPr>
              <w:spacing w:line="252" w:lineRule="auto"/>
              <w:jc w:val="both"/>
              <w:rPr>
                <w:rFonts w:ascii="微軟正黑體" w:eastAsia="微軟正黑體" w:hAnsi="微軟正黑體"/>
                <w:color w:val="333333"/>
                <w:sz w:val="18"/>
                <w:lang w:eastAsia="zh-TW"/>
              </w:rPr>
            </w:pPr>
            <w:r>
              <w:rPr>
                <w:rFonts w:ascii="微軟正黑體" w:eastAsia="微軟正黑體" w:hAnsi="微軟正黑體"/>
                <w:color w:val="333333"/>
                <w:sz w:val="17"/>
                <w:lang w:eastAsia="zh-TW"/>
              </w:rPr>
              <w:t>業務部／各事業部</w:t>
            </w:r>
          </w:p>
        </w:tc>
        <w:tc>
          <w:tcPr>
            <w:tcW w:w="1134" w:type="dxa"/>
            <w:vAlign w:val="center"/>
          </w:tcPr>
          <w:p w14:paraId="5AAFDDAA" w14:textId="77777777" w:rsidR="00717B41" w:rsidRDefault="00717B41" w:rsidP="00717B41">
            <w:pPr>
              <w:spacing w:line="252" w:lineRule="auto"/>
              <w:jc w:val="center"/>
              <w:rPr>
                <w:rFonts w:ascii="微軟正黑體" w:eastAsia="微軟正黑體" w:hAnsi="微軟正黑體"/>
                <w:color w:val="333333"/>
                <w:sz w:val="17"/>
                <w:lang w:eastAsia="zh-TW"/>
              </w:rPr>
            </w:pPr>
          </w:p>
        </w:tc>
      </w:tr>
      <w:tr w:rsidR="00717B41" w:rsidRPr="00810501" w14:paraId="4F91C5F5" w14:textId="27D79B2D" w:rsidTr="00717B41">
        <w:trPr>
          <w:cantSplit/>
          <w:jc w:val="center"/>
        </w:trPr>
        <w:tc>
          <w:tcPr>
            <w:tcW w:w="1713" w:type="dxa"/>
            <w:vMerge w:val="restart"/>
            <w:shd w:val="clear" w:color="auto" w:fill="FFF2CC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3F44FB4" w14:textId="40C2F572" w:rsidR="00717B41" w:rsidRPr="00810501" w:rsidRDefault="00717B41" w:rsidP="00717B41">
            <w:pPr>
              <w:spacing w:line="252" w:lineRule="auto"/>
              <w:jc w:val="both"/>
              <w:rPr>
                <w:rFonts w:ascii="微軟正黑體" w:eastAsia="微軟正黑體" w:hAnsi="微軟正黑體"/>
                <w:b/>
                <w:color w:val="1F1F1F"/>
                <w:sz w:val="19"/>
                <w:lang w:eastAsia="zh-TW"/>
              </w:rPr>
            </w:pPr>
            <w:r>
              <w:rPr>
                <w:rFonts w:ascii="微軟正黑體" w:eastAsia="微軟正黑體" w:hAnsi="微軟正黑體" w:hint="eastAsia"/>
                <w:b/>
                <w:color w:val="1F1F1F"/>
                <w:sz w:val="19"/>
                <w:lang w:eastAsia="zh-TW"/>
              </w:rPr>
              <w:t>三</w:t>
            </w:r>
            <w:r w:rsidRPr="00810501">
              <w:rPr>
                <w:rFonts w:ascii="微軟正黑體" w:eastAsia="微軟正黑體" w:hAnsi="微軟正黑體"/>
                <w:b/>
                <w:color w:val="1F1F1F"/>
                <w:sz w:val="19"/>
                <w:lang w:eastAsia="zh-TW"/>
              </w:rPr>
              <w:t>、</w:t>
            </w:r>
            <w:r>
              <w:rPr>
                <w:rFonts w:ascii="微軟正黑體" w:eastAsia="微軟正黑體" w:hAnsi="微軟正黑體" w:hint="eastAsia"/>
                <w:b/>
                <w:color w:val="1F1F1F"/>
                <w:sz w:val="19"/>
                <w:lang w:eastAsia="zh-TW"/>
              </w:rPr>
              <w:t>能力優勢</w:t>
            </w:r>
          </w:p>
        </w:tc>
        <w:tc>
          <w:tcPr>
            <w:tcW w:w="212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EA29836" w14:textId="15C295CA" w:rsidR="00717B41" w:rsidRPr="00810501" w:rsidRDefault="00717B41" w:rsidP="00717B41">
            <w:pPr>
              <w:spacing w:line="252" w:lineRule="auto"/>
              <w:jc w:val="both"/>
              <w:rPr>
                <w:rFonts w:ascii="微軟正黑體" w:eastAsia="微軟正黑體" w:hAnsi="微軟正黑體"/>
                <w:b/>
                <w:color w:val="1F1F1F"/>
                <w:sz w:val="18"/>
                <w:lang w:eastAsia="zh-TW"/>
              </w:rPr>
            </w:pPr>
            <w:proofErr w:type="spellStart"/>
            <w:r w:rsidRPr="00810501">
              <w:rPr>
                <w:rFonts w:ascii="微軟正黑體" w:eastAsia="微軟正黑體" w:hAnsi="微軟正黑體"/>
                <w:b/>
                <w:color w:val="1F1F1F"/>
                <w:sz w:val="18"/>
              </w:rPr>
              <w:t>研發能力</w:t>
            </w:r>
            <w:proofErr w:type="spellEnd"/>
          </w:p>
        </w:tc>
        <w:tc>
          <w:tcPr>
            <w:tcW w:w="6803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EB63812" w14:textId="64F93462" w:rsidR="00717B41" w:rsidRPr="00810501" w:rsidRDefault="00717B41" w:rsidP="00717B41">
            <w:pPr>
              <w:spacing w:line="252" w:lineRule="auto"/>
              <w:jc w:val="both"/>
              <w:rPr>
                <w:rFonts w:ascii="微軟正黑體" w:eastAsia="微軟正黑體" w:hAnsi="微軟正黑體"/>
                <w:color w:val="333333"/>
                <w:sz w:val="18"/>
                <w:lang w:eastAsia="zh-TW"/>
              </w:rPr>
            </w:pPr>
            <w:r w:rsidRPr="00810501">
              <w:rPr>
                <w:rFonts w:ascii="微軟正黑體" w:eastAsia="微軟正黑體" w:hAnsi="微軟正黑體"/>
                <w:color w:val="333333"/>
                <w:sz w:val="18"/>
                <w:lang w:eastAsia="zh-TW"/>
              </w:rPr>
              <w:t>研發團隊、核心技術、專利、實驗室、研發設備、研發流程及技術成果。</w:t>
            </w:r>
          </w:p>
        </w:tc>
        <w:tc>
          <w:tcPr>
            <w:tcW w:w="3496" w:type="dxa"/>
            <w:vAlign w:val="center"/>
          </w:tcPr>
          <w:p w14:paraId="0AE1CCD0" w14:textId="4CC20621" w:rsidR="00717B41" w:rsidRPr="00810501" w:rsidRDefault="00717B41" w:rsidP="00717B41">
            <w:pPr>
              <w:spacing w:line="252" w:lineRule="auto"/>
              <w:jc w:val="both"/>
              <w:rPr>
                <w:rFonts w:ascii="微軟正黑體" w:eastAsia="微軟正黑體" w:hAnsi="微軟正黑體"/>
                <w:color w:val="333333"/>
                <w:sz w:val="18"/>
                <w:lang w:eastAsia="zh-TW"/>
              </w:rPr>
            </w:pPr>
            <w:r>
              <w:rPr>
                <w:rFonts w:ascii="微軟正黑體" w:eastAsia="微軟正黑體" w:hAnsi="微軟正黑體"/>
                <w:color w:val="333333"/>
                <w:sz w:val="17"/>
                <w:lang w:eastAsia="zh-TW"/>
              </w:rPr>
              <w:t>研發部／</w:t>
            </w:r>
            <w:r>
              <w:rPr>
                <w:rFonts w:ascii="微軟正黑體" w:eastAsia="微軟正黑體" w:hAnsi="微軟正黑體" w:hint="eastAsia"/>
                <w:color w:val="333333"/>
                <w:sz w:val="17"/>
                <w:lang w:eastAsia="zh-TW"/>
              </w:rPr>
              <w:t>工</w:t>
            </w:r>
            <w:r>
              <w:rPr>
                <w:rFonts w:ascii="微軟正黑體" w:eastAsia="微軟正黑體" w:hAnsi="微軟正黑體"/>
                <w:color w:val="333333"/>
                <w:sz w:val="17"/>
                <w:lang w:eastAsia="zh-TW"/>
              </w:rPr>
              <w:t>程部</w:t>
            </w:r>
          </w:p>
        </w:tc>
        <w:tc>
          <w:tcPr>
            <w:tcW w:w="1134" w:type="dxa"/>
            <w:vAlign w:val="center"/>
          </w:tcPr>
          <w:p w14:paraId="1568CDB7" w14:textId="77777777" w:rsidR="00717B41" w:rsidRDefault="00717B41" w:rsidP="00717B41">
            <w:pPr>
              <w:spacing w:line="252" w:lineRule="auto"/>
              <w:jc w:val="center"/>
              <w:rPr>
                <w:rFonts w:ascii="微軟正黑體" w:eastAsia="微軟正黑體" w:hAnsi="微軟正黑體"/>
                <w:color w:val="333333"/>
                <w:sz w:val="17"/>
                <w:lang w:eastAsia="zh-TW"/>
              </w:rPr>
            </w:pPr>
          </w:p>
        </w:tc>
      </w:tr>
      <w:tr w:rsidR="00717B41" w:rsidRPr="00810501" w14:paraId="6CF485B0" w14:textId="70A89A14" w:rsidTr="00717B41">
        <w:trPr>
          <w:cantSplit/>
          <w:jc w:val="center"/>
        </w:trPr>
        <w:tc>
          <w:tcPr>
            <w:tcW w:w="1713" w:type="dxa"/>
            <w:vMerge/>
            <w:shd w:val="clear" w:color="auto" w:fill="FFF2CC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95EEFA0" w14:textId="77777777" w:rsidR="00717B41" w:rsidRPr="00810501" w:rsidRDefault="00717B41" w:rsidP="00717B41">
            <w:pPr>
              <w:spacing w:line="252" w:lineRule="auto"/>
              <w:jc w:val="both"/>
              <w:rPr>
                <w:rFonts w:ascii="微軟正黑體" w:eastAsia="微軟正黑體" w:hAnsi="微軟正黑體"/>
                <w:b/>
                <w:color w:val="1F1F1F"/>
                <w:sz w:val="19"/>
                <w:lang w:eastAsia="zh-TW"/>
              </w:rPr>
            </w:pPr>
          </w:p>
        </w:tc>
        <w:tc>
          <w:tcPr>
            <w:tcW w:w="212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A1B93DC" w14:textId="475B70D0" w:rsidR="00717B41" w:rsidRPr="00810501" w:rsidRDefault="00717B41" w:rsidP="00717B41">
            <w:pPr>
              <w:spacing w:line="252" w:lineRule="auto"/>
              <w:jc w:val="both"/>
              <w:rPr>
                <w:rFonts w:ascii="微軟正黑體" w:eastAsia="微軟正黑體" w:hAnsi="微軟正黑體"/>
                <w:b/>
                <w:color w:val="1F1F1F"/>
                <w:sz w:val="18"/>
                <w:lang w:eastAsia="zh-TW"/>
              </w:rPr>
            </w:pPr>
            <w:proofErr w:type="spellStart"/>
            <w:r w:rsidRPr="00810501">
              <w:rPr>
                <w:rFonts w:ascii="微軟正黑體" w:eastAsia="微軟正黑體" w:hAnsi="微軟正黑體"/>
                <w:b/>
                <w:color w:val="1F1F1F"/>
                <w:sz w:val="18"/>
              </w:rPr>
              <w:t>製造能力</w:t>
            </w:r>
            <w:proofErr w:type="spellEnd"/>
          </w:p>
        </w:tc>
        <w:tc>
          <w:tcPr>
            <w:tcW w:w="6803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F042461" w14:textId="1A03B3E8" w:rsidR="00717B41" w:rsidRPr="00810501" w:rsidRDefault="00717B41" w:rsidP="00717B41">
            <w:pPr>
              <w:spacing w:line="252" w:lineRule="auto"/>
              <w:jc w:val="both"/>
              <w:rPr>
                <w:rFonts w:ascii="微軟正黑體" w:eastAsia="微軟正黑體" w:hAnsi="微軟正黑體"/>
                <w:color w:val="333333"/>
                <w:sz w:val="18"/>
                <w:lang w:eastAsia="zh-TW"/>
              </w:rPr>
            </w:pPr>
            <w:r w:rsidRPr="00810501">
              <w:rPr>
                <w:rFonts w:ascii="微軟正黑體" w:eastAsia="微軟正黑體" w:hAnsi="微軟正黑體"/>
                <w:color w:val="333333"/>
                <w:sz w:val="18"/>
                <w:lang w:eastAsia="zh-TW"/>
              </w:rPr>
              <w:t>工廠介紹、生產流程、主要設備、產能、自動化程度、廠區照片及影片。</w:t>
            </w:r>
          </w:p>
        </w:tc>
        <w:tc>
          <w:tcPr>
            <w:tcW w:w="3496" w:type="dxa"/>
            <w:vAlign w:val="center"/>
          </w:tcPr>
          <w:p w14:paraId="6F4E2831" w14:textId="3ECEBBC1" w:rsidR="00717B41" w:rsidRPr="00810501" w:rsidRDefault="00717B41" w:rsidP="00717B41">
            <w:pPr>
              <w:spacing w:line="252" w:lineRule="auto"/>
              <w:jc w:val="both"/>
              <w:rPr>
                <w:rFonts w:ascii="微軟正黑體" w:eastAsia="微軟正黑體" w:hAnsi="微軟正黑體"/>
                <w:color w:val="333333"/>
                <w:sz w:val="18"/>
                <w:lang w:eastAsia="zh-TW"/>
              </w:rPr>
            </w:pPr>
            <w:r>
              <w:rPr>
                <w:rFonts w:ascii="微軟正黑體" w:eastAsia="微軟正黑體" w:hAnsi="微軟正黑體"/>
                <w:color w:val="333333"/>
                <w:sz w:val="17"/>
                <w:lang w:eastAsia="zh-TW"/>
              </w:rPr>
              <w:t>製造部／生產管理</w:t>
            </w:r>
            <w:r>
              <w:rPr>
                <w:rFonts w:ascii="微軟正黑體" w:eastAsia="微軟正黑體" w:hAnsi="微軟正黑體" w:hint="eastAsia"/>
                <w:color w:val="333333"/>
                <w:sz w:val="17"/>
                <w:lang w:eastAsia="zh-TW"/>
              </w:rPr>
              <w:t>部</w:t>
            </w:r>
            <w:r>
              <w:rPr>
                <w:rFonts w:ascii="微軟正黑體" w:eastAsia="微軟正黑體" w:hAnsi="微軟正黑體"/>
                <w:color w:val="333333"/>
                <w:sz w:val="17"/>
                <w:lang w:eastAsia="zh-TW"/>
              </w:rPr>
              <w:t>／廠區主管</w:t>
            </w:r>
          </w:p>
        </w:tc>
        <w:tc>
          <w:tcPr>
            <w:tcW w:w="1134" w:type="dxa"/>
            <w:vAlign w:val="center"/>
          </w:tcPr>
          <w:p w14:paraId="0F2BDEBD" w14:textId="77777777" w:rsidR="00717B41" w:rsidRDefault="00717B41" w:rsidP="00717B41">
            <w:pPr>
              <w:spacing w:line="252" w:lineRule="auto"/>
              <w:jc w:val="center"/>
              <w:rPr>
                <w:rFonts w:ascii="微軟正黑體" w:eastAsia="微軟正黑體" w:hAnsi="微軟正黑體"/>
                <w:color w:val="333333"/>
                <w:sz w:val="17"/>
                <w:lang w:eastAsia="zh-TW"/>
              </w:rPr>
            </w:pPr>
          </w:p>
        </w:tc>
      </w:tr>
      <w:tr w:rsidR="00717B41" w:rsidRPr="00810501" w14:paraId="74B4F053" w14:textId="210CBAAD" w:rsidTr="00717B41">
        <w:trPr>
          <w:cantSplit/>
          <w:jc w:val="center"/>
        </w:trPr>
        <w:tc>
          <w:tcPr>
            <w:tcW w:w="1713" w:type="dxa"/>
            <w:vMerge/>
            <w:shd w:val="clear" w:color="auto" w:fill="FFF2CC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71FE8BE" w14:textId="77777777" w:rsidR="00717B41" w:rsidRPr="00810501" w:rsidRDefault="00717B41" w:rsidP="00717B41">
            <w:pPr>
              <w:spacing w:line="252" w:lineRule="auto"/>
              <w:jc w:val="both"/>
              <w:rPr>
                <w:rFonts w:ascii="微軟正黑體" w:eastAsia="微軟正黑體" w:hAnsi="微軟正黑體"/>
                <w:b/>
                <w:color w:val="1F1F1F"/>
                <w:sz w:val="19"/>
                <w:lang w:eastAsia="zh-TW"/>
              </w:rPr>
            </w:pPr>
          </w:p>
        </w:tc>
        <w:tc>
          <w:tcPr>
            <w:tcW w:w="212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E30935E" w14:textId="1B1984AE" w:rsidR="00717B41" w:rsidRPr="00810501" w:rsidRDefault="00717B41" w:rsidP="00717B41">
            <w:pPr>
              <w:spacing w:line="252" w:lineRule="auto"/>
              <w:jc w:val="both"/>
              <w:rPr>
                <w:rFonts w:ascii="微軟正黑體" w:eastAsia="微軟正黑體" w:hAnsi="微軟正黑體"/>
                <w:b/>
                <w:color w:val="1F1F1F"/>
                <w:sz w:val="18"/>
                <w:lang w:eastAsia="zh-TW"/>
              </w:rPr>
            </w:pPr>
            <w:proofErr w:type="spellStart"/>
            <w:r w:rsidRPr="00810501">
              <w:rPr>
                <w:rFonts w:ascii="微軟正黑體" w:eastAsia="微軟正黑體" w:hAnsi="微軟正黑體"/>
                <w:b/>
                <w:color w:val="1F1F1F"/>
                <w:sz w:val="18"/>
              </w:rPr>
              <w:t>品質管理</w:t>
            </w:r>
            <w:proofErr w:type="spellEnd"/>
          </w:p>
        </w:tc>
        <w:tc>
          <w:tcPr>
            <w:tcW w:w="6803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8926EE5" w14:textId="3D03BFEF" w:rsidR="00717B41" w:rsidRPr="00810501" w:rsidRDefault="00717B41" w:rsidP="00717B41">
            <w:pPr>
              <w:spacing w:line="252" w:lineRule="auto"/>
              <w:jc w:val="both"/>
              <w:rPr>
                <w:rFonts w:ascii="微軟正黑體" w:eastAsia="微軟正黑體" w:hAnsi="微軟正黑體"/>
                <w:color w:val="333333"/>
                <w:sz w:val="18"/>
                <w:lang w:eastAsia="zh-TW"/>
              </w:rPr>
            </w:pPr>
            <w:r w:rsidRPr="00810501">
              <w:rPr>
                <w:rFonts w:ascii="微軟正黑體" w:eastAsia="微軟正黑體" w:hAnsi="微軟正黑體"/>
                <w:color w:val="333333"/>
                <w:sz w:val="18"/>
                <w:lang w:eastAsia="zh-TW"/>
              </w:rPr>
              <w:t>品質政策、檢驗流程、測試設備、品質追溯制度、異常處理流程及品質認證。</w:t>
            </w:r>
          </w:p>
        </w:tc>
        <w:tc>
          <w:tcPr>
            <w:tcW w:w="3496" w:type="dxa"/>
            <w:vAlign w:val="center"/>
          </w:tcPr>
          <w:p w14:paraId="63C2D66D" w14:textId="460F6151" w:rsidR="00717B41" w:rsidRPr="00810501" w:rsidRDefault="00717B41" w:rsidP="00717B41">
            <w:pPr>
              <w:spacing w:line="252" w:lineRule="auto"/>
              <w:jc w:val="both"/>
              <w:rPr>
                <w:rFonts w:ascii="微軟正黑體" w:eastAsia="微軟正黑體" w:hAnsi="微軟正黑體"/>
                <w:color w:val="333333"/>
                <w:sz w:val="18"/>
                <w:lang w:eastAsia="zh-TW"/>
              </w:rPr>
            </w:pPr>
            <w:r>
              <w:rPr>
                <w:rFonts w:ascii="微軟正黑體" w:eastAsia="微軟正黑體" w:hAnsi="微軟正黑體"/>
                <w:color w:val="333333"/>
                <w:sz w:val="17"/>
                <w:lang w:eastAsia="zh-TW"/>
              </w:rPr>
              <w:t>品</w:t>
            </w:r>
            <w:r>
              <w:rPr>
                <w:rFonts w:ascii="微軟正黑體" w:eastAsia="微軟正黑體" w:hAnsi="微軟正黑體" w:hint="eastAsia"/>
                <w:color w:val="333333"/>
                <w:sz w:val="17"/>
                <w:lang w:eastAsia="zh-TW"/>
              </w:rPr>
              <w:t>保</w:t>
            </w:r>
            <w:r>
              <w:rPr>
                <w:rFonts w:ascii="微軟正黑體" w:eastAsia="微軟正黑體" w:hAnsi="微軟正黑體"/>
                <w:color w:val="333333"/>
                <w:sz w:val="17"/>
                <w:lang w:eastAsia="zh-TW"/>
              </w:rPr>
              <w:t>部／製造部</w:t>
            </w:r>
          </w:p>
        </w:tc>
        <w:tc>
          <w:tcPr>
            <w:tcW w:w="1134" w:type="dxa"/>
            <w:vAlign w:val="center"/>
          </w:tcPr>
          <w:p w14:paraId="0062334D" w14:textId="77777777" w:rsidR="00717B41" w:rsidRDefault="00717B41" w:rsidP="00717B41">
            <w:pPr>
              <w:spacing w:line="252" w:lineRule="auto"/>
              <w:jc w:val="center"/>
              <w:rPr>
                <w:rFonts w:ascii="微軟正黑體" w:eastAsia="微軟正黑體" w:hAnsi="微軟正黑體"/>
                <w:color w:val="333333"/>
                <w:sz w:val="17"/>
                <w:lang w:eastAsia="zh-TW"/>
              </w:rPr>
            </w:pPr>
          </w:p>
        </w:tc>
      </w:tr>
      <w:tr w:rsidR="00717B41" w:rsidRPr="00810501" w14:paraId="591BA888" w14:textId="5256CA24" w:rsidTr="00717B41">
        <w:trPr>
          <w:cantSplit/>
          <w:jc w:val="center"/>
        </w:trPr>
        <w:tc>
          <w:tcPr>
            <w:tcW w:w="1713" w:type="dxa"/>
            <w:vMerge/>
            <w:shd w:val="clear" w:color="auto" w:fill="FFF2CC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C7495A3" w14:textId="77777777" w:rsidR="00717B41" w:rsidRPr="00810501" w:rsidRDefault="00717B41" w:rsidP="00717B41">
            <w:pPr>
              <w:spacing w:line="252" w:lineRule="auto"/>
              <w:jc w:val="both"/>
              <w:rPr>
                <w:rFonts w:ascii="微軟正黑體" w:eastAsia="微軟正黑體" w:hAnsi="微軟正黑體"/>
                <w:b/>
                <w:color w:val="1F1F1F"/>
                <w:sz w:val="19"/>
                <w:lang w:eastAsia="zh-TW"/>
              </w:rPr>
            </w:pPr>
          </w:p>
        </w:tc>
        <w:tc>
          <w:tcPr>
            <w:tcW w:w="212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F9D8738" w14:textId="53E6FA8E" w:rsidR="00717B41" w:rsidRPr="00810501" w:rsidRDefault="00717B41" w:rsidP="00717B41">
            <w:pPr>
              <w:spacing w:line="252" w:lineRule="auto"/>
              <w:jc w:val="both"/>
              <w:rPr>
                <w:rFonts w:ascii="微軟正黑體" w:eastAsia="微軟正黑體" w:hAnsi="微軟正黑體"/>
                <w:b/>
                <w:color w:val="1F1F1F"/>
                <w:sz w:val="18"/>
                <w:lang w:eastAsia="zh-TW"/>
              </w:rPr>
            </w:pPr>
            <w:proofErr w:type="spellStart"/>
            <w:r w:rsidRPr="00810501">
              <w:rPr>
                <w:rFonts w:ascii="微軟正黑體" w:eastAsia="微軟正黑體" w:hAnsi="微軟正黑體"/>
                <w:b/>
                <w:color w:val="1F1F1F"/>
                <w:sz w:val="18"/>
              </w:rPr>
              <w:t>客製化／OEM／ODM</w:t>
            </w:r>
            <w:proofErr w:type="spellEnd"/>
          </w:p>
        </w:tc>
        <w:tc>
          <w:tcPr>
            <w:tcW w:w="6803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9597CF5" w14:textId="5F270568" w:rsidR="00717B41" w:rsidRPr="00810501" w:rsidRDefault="00717B41" w:rsidP="00717B41">
            <w:pPr>
              <w:spacing w:line="252" w:lineRule="auto"/>
              <w:jc w:val="both"/>
              <w:rPr>
                <w:rFonts w:ascii="微軟正黑體" w:eastAsia="微軟正黑體" w:hAnsi="微軟正黑體"/>
                <w:color w:val="333333"/>
                <w:sz w:val="18"/>
                <w:lang w:eastAsia="zh-TW"/>
              </w:rPr>
            </w:pPr>
            <w:r w:rsidRPr="00810501">
              <w:rPr>
                <w:rFonts w:ascii="微軟正黑體" w:eastAsia="微軟正黑體" w:hAnsi="微軟正黑體"/>
                <w:color w:val="333333"/>
                <w:sz w:val="18"/>
                <w:lang w:eastAsia="zh-TW"/>
              </w:rPr>
              <w:t>客製範圍、合作流程、最低訂購條件、開發時程、生產能力及保密機制。</w:t>
            </w:r>
          </w:p>
        </w:tc>
        <w:tc>
          <w:tcPr>
            <w:tcW w:w="3496" w:type="dxa"/>
            <w:vAlign w:val="center"/>
          </w:tcPr>
          <w:p w14:paraId="20FFC3F9" w14:textId="7B2688D5" w:rsidR="00717B41" w:rsidRPr="00810501" w:rsidRDefault="00717B41" w:rsidP="00717B41">
            <w:pPr>
              <w:spacing w:line="252" w:lineRule="auto"/>
              <w:jc w:val="both"/>
              <w:rPr>
                <w:rFonts w:ascii="微軟正黑體" w:eastAsia="微軟正黑體" w:hAnsi="微軟正黑體"/>
                <w:color w:val="333333"/>
                <w:sz w:val="18"/>
                <w:lang w:eastAsia="zh-TW"/>
              </w:rPr>
            </w:pPr>
            <w:r>
              <w:rPr>
                <w:rFonts w:ascii="微軟正黑體" w:eastAsia="微軟正黑體" w:hAnsi="微軟正黑體"/>
                <w:color w:val="333333"/>
                <w:sz w:val="17"/>
                <w:lang w:eastAsia="zh-TW"/>
              </w:rPr>
              <w:t>業務部／研發部／製造</w:t>
            </w:r>
            <w:r>
              <w:rPr>
                <w:rFonts w:ascii="微軟正黑體" w:eastAsia="微軟正黑體" w:hAnsi="微軟正黑體" w:hint="eastAsia"/>
                <w:color w:val="333333"/>
                <w:sz w:val="17"/>
                <w:lang w:eastAsia="zh-TW"/>
              </w:rPr>
              <w:t>部</w:t>
            </w:r>
          </w:p>
        </w:tc>
        <w:tc>
          <w:tcPr>
            <w:tcW w:w="1134" w:type="dxa"/>
            <w:vAlign w:val="center"/>
          </w:tcPr>
          <w:p w14:paraId="6695B79F" w14:textId="77777777" w:rsidR="00717B41" w:rsidRDefault="00717B41" w:rsidP="00717B41">
            <w:pPr>
              <w:spacing w:line="252" w:lineRule="auto"/>
              <w:jc w:val="center"/>
              <w:rPr>
                <w:rFonts w:ascii="微軟正黑體" w:eastAsia="微軟正黑體" w:hAnsi="微軟正黑體"/>
                <w:color w:val="333333"/>
                <w:sz w:val="17"/>
                <w:lang w:eastAsia="zh-TW"/>
              </w:rPr>
            </w:pPr>
          </w:p>
        </w:tc>
      </w:tr>
      <w:tr w:rsidR="00717B41" w:rsidRPr="00810501" w14:paraId="70281320" w14:textId="18B2303F" w:rsidTr="00717B41">
        <w:trPr>
          <w:cantSplit/>
          <w:jc w:val="center"/>
        </w:trPr>
        <w:tc>
          <w:tcPr>
            <w:tcW w:w="1713" w:type="dxa"/>
            <w:vMerge/>
            <w:shd w:val="clear" w:color="auto" w:fill="FFF2CC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CFD809B" w14:textId="77777777" w:rsidR="00717B41" w:rsidRPr="00810501" w:rsidRDefault="00717B41" w:rsidP="00717B41">
            <w:pPr>
              <w:spacing w:line="252" w:lineRule="auto"/>
              <w:jc w:val="both"/>
              <w:rPr>
                <w:rFonts w:ascii="微軟正黑體" w:eastAsia="微軟正黑體" w:hAnsi="微軟正黑體"/>
                <w:b/>
                <w:color w:val="1F1F1F"/>
                <w:sz w:val="19"/>
                <w:lang w:eastAsia="zh-TW"/>
              </w:rPr>
            </w:pPr>
          </w:p>
        </w:tc>
        <w:tc>
          <w:tcPr>
            <w:tcW w:w="212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43B8E61" w14:textId="77074F3A" w:rsidR="00717B41" w:rsidRPr="00810501" w:rsidRDefault="00717B41" w:rsidP="00717B41">
            <w:pPr>
              <w:spacing w:line="252" w:lineRule="auto"/>
              <w:jc w:val="both"/>
              <w:rPr>
                <w:rFonts w:ascii="微軟正黑體" w:eastAsia="微軟正黑體" w:hAnsi="微軟正黑體"/>
                <w:b/>
                <w:color w:val="1F1F1F"/>
                <w:sz w:val="18"/>
                <w:lang w:eastAsia="zh-TW"/>
              </w:rPr>
            </w:pPr>
            <w:proofErr w:type="spellStart"/>
            <w:r w:rsidRPr="00810501">
              <w:rPr>
                <w:rFonts w:ascii="微軟正黑體" w:eastAsia="微軟正黑體" w:hAnsi="微軟正黑體"/>
                <w:b/>
                <w:color w:val="1F1F1F"/>
                <w:sz w:val="18"/>
              </w:rPr>
              <w:t>案例實績</w:t>
            </w:r>
            <w:proofErr w:type="spellEnd"/>
          </w:p>
        </w:tc>
        <w:tc>
          <w:tcPr>
            <w:tcW w:w="6803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BD1F16F" w14:textId="6E776C36" w:rsidR="00717B41" w:rsidRPr="00810501" w:rsidRDefault="00717B41" w:rsidP="00717B41">
            <w:pPr>
              <w:spacing w:line="252" w:lineRule="auto"/>
              <w:jc w:val="both"/>
              <w:rPr>
                <w:rFonts w:ascii="微軟正黑體" w:eastAsia="微軟正黑體" w:hAnsi="微軟正黑體"/>
                <w:color w:val="333333"/>
                <w:sz w:val="18"/>
                <w:lang w:eastAsia="zh-TW"/>
              </w:rPr>
            </w:pPr>
            <w:r w:rsidRPr="00810501">
              <w:rPr>
                <w:rFonts w:ascii="微軟正黑體" w:eastAsia="微軟正黑體" w:hAnsi="微軟正黑體"/>
                <w:color w:val="333333"/>
                <w:sz w:val="18"/>
                <w:lang w:eastAsia="zh-TW"/>
              </w:rPr>
              <w:t>客戶背景、需求、導入內容、成果、照片、量化績效、客戶推薦及公開授權。</w:t>
            </w:r>
          </w:p>
        </w:tc>
        <w:tc>
          <w:tcPr>
            <w:tcW w:w="3496" w:type="dxa"/>
            <w:vAlign w:val="center"/>
          </w:tcPr>
          <w:p w14:paraId="22C2A6EB" w14:textId="105C4413" w:rsidR="00717B41" w:rsidRPr="00810501" w:rsidRDefault="00717B41" w:rsidP="00717B41">
            <w:pPr>
              <w:spacing w:line="252" w:lineRule="auto"/>
              <w:jc w:val="both"/>
              <w:rPr>
                <w:rFonts w:ascii="微軟正黑體" w:eastAsia="微軟正黑體" w:hAnsi="微軟正黑體"/>
                <w:color w:val="333333"/>
                <w:sz w:val="18"/>
                <w:lang w:eastAsia="zh-TW"/>
              </w:rPr>
            </w:pPr>
            <w:r>
              <w:rPr>
                <w:rFonts w:ascii="微軟正黑體" w:eastAsia="微軟正黑體" w:hAnsi="微軟正黑體"/>
                <w:color w:val="333333"/>
                <w:sz w:val="17"/>
                <w:lang w:eastAsia="zh-TW"/>
              </w:rPr>
              <w:t>業務部／專案管理部／行銷部</w:t>
            </w:r>
          </w:p>
        </w:tc>
        <w:tc>
          <w:tcPr>
            <w:tcW w:w="1134" w:type="dxa"/>
            <w:vAlign w:val="center"/>
          </w:tcPr>
          <w:p w14:paraId="06F1A06E" w14:textId="77777777" w:rsidR="00717B41" w:rsidRDefault="00717B41" w:rsidP="00717B41">
            <w:pPr>
              <w:spacing w:line="252" w:lineRule="auto"/>
              <w:jc w:val="center"/>
              <w:rPr>
                <w:rFonts w:ascii="微軟正黑體" w:eastAsia="微軟正黑體" w:hAnsi="微軟正黑體"/>
                <w:color w:val="333333"/>
                <w:sz w:val="17"/>
                <w:lang w:eastAsia="zh-TW"/>
              </w:rPr>
            </w:pPr>
          </w:p>
        </w:tc>
      </w:tr>
      <w:tr w:rsidR="00717B41" w:rsidRPr="00810501" w14:paraId="56C9FDF4" w14:textId="7EA450A2" w:rsidTr="00717B41">
        <w:trPr>
          <w:cantSplit/>
          <w:jc w:val="center"/>
        </w:trPr>
        <w:tc>
          <w:tcPr>
            <w:tcW w:w="1713" w:type="dxa"/>
            <w:vMerge/>
            <w:shd w:val="clear" w:color="auto" w:fill="FFF2CC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C72B0BB" w14:textId="77777777" w:rsidR="00717B41" w:rsidRPr="00810501" w:rsidRDefault="00717B41" w:rsidP="00717B41">
            <w:pPr>
              <w:spacing w:line="252" w:lineRule="auto"/>
              <w:jc w:val="both"/>
              <w:rPr>
                <w:rFonts w:ascii="微軟正黑體" w:eastAsia="微軟正黑體" w:hAnsi="微軟正黑體"/>
                <w:b/>
                <w:color w:val="1F1F1F"/>
                <w:sz w:val="19"/>
                <w:lang w:eastAsia="zh-TW"/>
              </w:rPr>
            </w:pPr>
          </w:p>
        </w:tc>
        <w:tc>
          <w:tcPr>
            <w:tcW w:w="212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6F2C462" w14:textId="767F5577" w:rsidR="00717B41" w:rsidRPr="00810501" w:rsidRDefault="00717B41" w:rsidP="00717B41">
            <w:pPr>
              <w:spacing w:line="252" w:lineRule="auto"/>
              <w:jc w:val="both"/>
              <w:rPr>
                <w:rFonts w:ascii="微軟正黑體" w:eastAsia="微軟正黑體" w:hAnsi="微軟正黑體"/>
                <w:b/>
                <w:color w:val="1F1F1F"/>
                <w:sz w:val="18"/>
                <w:lang w:eastAsia="zh-TW"/>
              </w:rPr>
            </w:pPr>
            <w:proofErr w:type="spellStart"/>
            <w:r w:rsidRPr="00810501">
              <w:rPr>
                <w:rFonts w:ascii="微軟正黑體" w:eastAsia="微軟正黑體" w:hAnsi="微軟正黑體"/>
                <w:b/>
                <w:color w:val="1F1F1F"/>
                <w:sz w:val="18"/>
              </w:rPr>
              <w:t>常見問題</w:t>
            </w:r>
            <w:proofErr w:type="spellEnd"/>
          </w:p>
        </w:tc>
        <w:tc>
          <w:tcPr>
            <w:tcW w:w="6803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A64C443" w14:textId="0DFEAE32" w:rsidR="00717B41" w:rsidRPr="00810501" w:rsidRDefault="00717B41" w:rsidP="00717B41">
            <w:pPr>
              <w:spacing w:line="252" w:lineRule="auto"/>
              <w:jc w:val="both"/>
              <w:rPr>
                <w:rFonts w:ascii="微軟正黑體" w:eastAsia="微軟正黑體" w:hAnsi="微軟正黑體"/>
                <w:color w:val="333333"/>
                <w:sz w:val="18"/>
                <w:lang w:eastAsia="zh-TW"/>
              </w:rPr>
            </w:pPr>
            <w:r w:rsidRPr="00810501">
              <w:rPr>
                <w:rFonts w:ascii="微軟正黑體" w:eastAsia="微軟正黑體" w:hAnsi="微軟正黑體"/>
                <w:color w:val="333333"/>
                <w:sz w:val="18"/>
                <w:lang w:eastAsia="zh-TW"/>
              </w:rPr>
              <w:t>產品使用、技術、訂購、交貨、保固、維修等常見問題與標準回覆。</w:t>
            </w:r>
          </w:p>
        </w:tc>
        <w:tc>
          <w:tcPr>
            <w:tcW w:w="3496" w:type="dxa"/>
            <w:vAlign w:val="center"/>
          </w:tcPr>
          <w:p w14:paraId="75C71F8E" w14:textId="3EAC4792" w:rsidR="00717B41" w:rsidRPr="00810501" w:rsidRDefault="00717B41" w:rsidP="00717B41">
            <w:pPr>
              <w:spacing w:line="252" w:lineRule="auto"/>
              <w:jc w:val="both"/>
              <w:rPr>
                <w:rFonts w:ascii="微軟正黑體" w:eastAsia="微軟正黑體" w:hAnsi="微軟正黑體"/>
                <w:color w:val="333333"/>
                <w:sz w:val="18"/>
                <w:lang w:eastAsia="zh-TW"/>
              </w:rPr>
            </w:pPr>
            <w:r>
              <w:rPr>
                <w:rFonts w:ascii="微軟正黑體" w:eastAsia="微軟正黑體" w:hAnsi="微軟正黑體"/>
                <w:color w:val="333333"/>
                <w:sz w:val="17"/>
                <w:lang w:eastAsia="zh-TW"/>
              </w:rPr>
              <w:t>客服部／業務部／產品部</w:t>
            </w:r>
          </w:p>
        </w:tc>
        <w:tc>
          <w:tcPr>
            <w:tcW w:w="1134" w:type="dxa"/>
            <w:vAlign w:val="center"/>
          </w:tcPr>
          <w:p w14:paraId="00B64B4B" w14:textId="77777777" w:rsidR="00717B41" w:rsidRDefault="00717B41" w:rsidP="00717B41">
            <w:pPr>
              <w:spacing w:line="252" w:lineRule="auto"/>
              <w:jc w:val="center"/>
              <w:rPr>
                <w:rFonts w:ascii="微軟正黑體" w:eastAsia="微軟正黑體" w:hAnsi="微軟正黑體"/>
                <w:color w:val="333333"/>
                <w:sz w:val="17"/>
                <w:lang w:eastAsia="zh-TW"/>
              </w:rPr>
            </w:pPr>
          </w:p>
        </w:tc>
      </w:tr>
      <w:tr w:rsidR="00717B41" w:rsidRPr="00810501" w14:paraId="193E769D" w14:textId="6C733A36" w:rsidTr="00717B41">
        <w:trPr>
          <w:cantSplit/>
          <w:jc w:val="center"/>
        </w:trPr>
        <w:tc>
          <w:tcPr>
            <w:tcW w:w="1713" w:type="dxa"/>
            <w:vMerge w:val="restart"/>
            <w:shd w:val="clear" w:color="auto" w:fill="FCE4D6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45BEEDE" w14:textId="6E0EF326" w:rsidR="00717B41" w:rsidRPr="00810501" w:rsidRDefault="00717B41" w:rsidP="00717B41">
            <w:pPr>
              <w:spacing w:line="252" w:lineRule="auto"/>
              <w:jc w:val="both"/>
              <w:rPr>
                <w:rFonts w:ascii="微軟正黑體" w:eastAsia="微軟正黑體" w:hAnsi="微軟正黑體"/>
                <w:b/>
                <w:color w:val="1F1F1F"/>
                <w:sz w:val="19"/>
              </w:rPr>
            </w:pPr>
            <w:r>
              <w:rPr>
                <w:rFonts w:ascii="微軟正黑體" w:eastAsia="微軟正黑體" w:hAnsi="微軟正黑體" w:hint="eastAsia"/>
                <w:b/>
                <w:color w:val="1F1F1F"/>
                <w:sz w:val="19"/>
                <w:lang w:eastAsia="zh-TW"/>
              </w:rPr>
              <w:t>四</w:t>
            </w:r>
            <w:r w:rsidRPr="00810501">
              <w:rPr>
                <w:rFonts w:ascii="微軟正黑體" w:eastAsia="微軟正黑體" w:hAnsi="微軟正黑體"/>
                <w:b/>
                <w:color w:val="1F1F1F"/>
                <w:sz w:val="19"/>
              </w:rPr>
              <w:t>、</w:t>
            </w:r>
            <w:proofErr w:type="spellStart"/>
            <w:r w:rsidRPr="00810501">
              <w:rPr>
                <w:rFonts w:ascii="微軟正黑體" w:eastAsia="微軟正黑體" w:hAnsi="微軟正黑體"/>
                <w:b/>
                <w:color w:val="1F1F1F"/>
                <w:sz w:val="19"/>
              </w:rPr>
              <w:t>投資人專區</w:t>
            </w:r>
            <w:proofErr w:type="spellEnd"/>
          </w:p>
        </w:tc>
        <w:tc>
          <w:tcPr>
            <w:tcW w:w="212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5E77073" w14:textId="73A819EB" w:rsidR="00717B41" w:rsidRPr="00810501" w:rsidRDefault="00717B41" w:rsidP="00717B41">
            <w:pPr>
              <w:spacing w:line="252" w:lineRule="auto"/>
              <w:jc w:val="both"/>
              <w:rPr>
                <w:rFonts w:ascii="微軟正黑體" w:eastAsia="微軟正黑體" w:hAnsi="微軟正黑體"/>
                <w:b/>
                <w:color w:val="1F1F1F"/>
                <w:sz w:val="18"/>
              </w:rPr>
            </w:pPr>
            <w:proofErr w:type="spellStart"/>
            <w:r w:rsidRPr="00810501">
              <w:rPr>
                <w:rFonts w:ascii="微軟正黑體" w:eastAsia="微軟正黑體" w:hAnsi="微軟正黑體"/>
                <w:b/>
                <w:color w:val="1F1F1F"/>
                <w:sz w:val="18"/>
              </w:rPr>
              <w:t>公司基本資料</w:t>
            </w:r>
            <w:proofErr w:type="spellEnd"/>
          </w:p>
        </w:tc>
        <w:tc>
          <w:tcPr>
            <w:tcW w:w="6803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AD1AF4A" w14:textId="12F734D3" w:rsidR="00717B41" w:rsidRPr="00810501" w:rsidRDefault="00717B41" w:rsidP="00717B41">
            <w:pPr>
              <w:spacing w:line="252" w:lineRule="auto"/>
              <w:jc w:val="both"/>
              <w:rPr>
                <w:rFonts w:ascii="微軟正黑體" w:eastAsia="微軟正黑體" w:hAnsi="微軟正黑體"/>
                <w:color w:val="333333"/>
                <w:sz w:val="18"/>
                <w:lang w:eastAsia="zh-TW"/>
              </w:rPr>
            </w:pPr>
            <w:r w:rsidRPr="00810501">
              <w:rPr>
                <w:rFonts w:ascii="微軟正黑體" w:eastAsia="微軟正黑體" w:hAnsi="微軟正黑體"/>
                <w:color w:val="333333"/>
                <w:sz w:val="18"/>
                <w:lang w:eastAsia="zh-TW"/>
              </w:rPr>
              <w:t>公司中文及英文名稱、股票代號、產業別、成立日期、上市櫃日期及統一編號。</w:t>
            </w:r>
          </w:p>
        </w:tc>
        <w:tc>
          <w:tcPr>
            <w:tcW w:w="3496" w:type="dxa"/>
            <w:vAlign w:val="center"/>
          </w:tcPr>
          <w:p w14:paraId="295A9972" w14:textId="65652698" w:rsidR="00717B41" w:rsidRPr="00810501" w:rsidRDefault="00717B41" w:rsidP="00717B41">
            <w:pPr>
              <w:spacing w:line="252" w:lineRule="auto"/>
              <w:jc w:val="both"/>
              <w:rPr>
                <w:rFonts w:ascii="微軟正黑體" w:eastAsia="微軟正黑體" w:hAnsi="微軟正黑體"/>
                <w:color w:val="333333"/>
                <w:sz w:val="18"/>
                <w:lang w:eastAsia="zh-TW"/>
              </w:rPr>
            </w:pPr>
            <w:r>
              <w:rPr>
                <w:rFonts w:ascii="微軟正黑體" w:eastAsia="微軟正黑體" w:hAnsi="微軟正黑體"/>
                <w:color w:val="333333"/>
                <w:sz w:val="17"/>
                <w:lang w:eastAsia="zh-TW"/>
              </w:rPr>
              <w:t>財務部／投資人關係單位／股務單位</w:t>
            </w:r>
          </w:p>
        </w:tc>
        <w:tc>
          <w:tcPr>
            <w:tcW w:w="1134" w:type="dxa"/>
            <w:vAlign w:val="center"/>
          </w:tcPr>
          <w:p w14:paraId="1B8D0BC7" w14:textId="77777777" w:rsidR="00717B41" w:rsidRDefault="00717B41" w:rsidP="00717B41">
            <w:pPr>
              <w:spacing w:line="252" w:lineRule="auto"/>
              <w:jc w:val="center"/>
              <w:rPr>
                <w:rFonts w:ascii="微軟正黑體" w:eastAsia="微軟正黑體" w:hAnsi="微軟正黑體"/>
                <w:color w:val="333333"/>
                <w:sz w:val="17"/>
                <w:lang w:eastAsia="zh-TW"/>
              </w:rPr>
            </w:pPr>
          </w:p>
        </w:tc>
      </w:tr>
      <w:tr w:rsidR="00717B41" w:rsidRPr="00810501" w14:paraId="070A0E2A" w14:textId="0D098E5D" w:rsidTr="00717B41">
        <w:trPr>
          <w:cantSplit/>
          <w:jc w:val="center"/>
        </w:trPr>
        <w:tc>
          <w:tcPr>
            <w:tcW w:w="1713" w:type="dxa"/>
            <w:vMerge/>
            <w:shd w:val="clear" w:color="auto" w:fill="FCE4D6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C591884" w14:textId="2C67B698" w:rsidR="00717B41" w:rsidRPr="00810501" w:rsidRDefault="00717B41" w:rsidP="00717B41">
            <w:pPr>
              <w:spacing w:line="252" w:lineRule="auto"/>
              <w:jc w:val="both"/>
              <w:rPr>
                <w:rFonts w:ascii="微軟正黑體" w:eastAsia="微軟正黑體" w:hAnsi="微軟正黑體"/>
                <w:b/>
                <w:color w:val="1F1F1F"/>
                <w:sz w:val="19"/>
                <w:lang w:eastAsia="zh-TW"/>
              </w:rPr>
            </w:pPr>
          </w:p>
        </w:tc>
        <w:tc>
          <w:tcPr>
            <w:tcW w:w="212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10E2B43" w14:textId="30B23E39" w:rsidR="00717B41" w:rsidRPr="00810501" w:rsidRDefault="00717B41" w:rsidP="00717B41">
            <w:pPr>
              <w:spacing w:line="252" w:lineRule="auto"/>
              <w:jc w:val="both"/>
              <w:rPr>
                <w:rFonts w:ascii="微軟正黑體" w:eastAsia="微軟正黑體" w:hAnsi="微軟正黑體"/>
                <w:b/>
                <w:color w:val="1F1F1F"/>
                <w:sz w:val="18"/>
              </w:rPr>
            </w:pPr>
            <w:proofErr w:type="spellStart"/>
            <w:r w:rsidRPr="00810501">
              <w:rPr>
                <w:rFonts w:ascii="微軟正黑體" w:eastAsia="微軟正黑體" w:hAnsi="微軟正黑體"/>
                <w:b/>
                <w:color w:val="1F1F1F"/>
                <w:sz w:val="18"/>
              </w:rPr>
              <w:t>資本資訊</w:t>
            </w:r>
            <w:proofErr w:type="spellEnd"/>
          </w:p>
        </w:tc>
        <w:tc>
          <w:tcPr>
            <w:tcW w:w="6803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79E82BB" w14:textId="4109D3B1" w:rsidR="00717B41" w:rsidRPr="00810501" w:rsidRDefault="00717B41" w:rsidP="00717B41">
            <w:pPr>
              <w:spacing w:line="252" w:lineRule="auto"/>
              <w:jc w:val="both"/>
              <w:rPr>
                <w:rFonts w:ascii="微軟正黑體" w:eastAsia="微軟正黑體" w:hAnsi="微軟正黑體"/>
                <w:color w:val="333333"/>
                <w:sz w:val="18"/>
                <w:lang w:eastAsia="zh-TW"/>
              </w:rPr>
            </w:pPr>
            <w:r w:rsidRPr="00810501">
              <w:rPr>
                <w:rFonts w:ascii="微軟正黑體" w:eastAsia="微軟正黑體" w:hAnsi="微軟正黑體"/>
                <w:color w:val="333333"/>
                <w:sz w:val="18"/>
                <w:lang w:eastAsia="zh-TW"/>
              </w:rPr>
              <w:t>實收資本額、已發行股數、股票面額及資料更新日期。</w:t>
            </w:r>
          </w:p>
        </w:tc>
        <w:tc>
          <w:tcPr>
            <w:tcW w:w="3496" w:type="dxa"/>
            <w:vAlign w:val="center"/>
          </w:tcPr>
          <w:p w14:paraId="6493B0CE" w14:textId="72428E7E" w:rsidR="00717B41" w:rsidRPr="00810501" w:rsidRDefault="00717B41" w:rsidP="00717B41">
            <w:pPr>
              <w:spacing w:line="252" w:lineRule="auto"/>
              <w:jc w:val="both"/>
              <w:rPr>
                <w:rFonts w:ascii="微軟正黑體" w:eastAsia="微軟正黑體" w:hAnsi="微軟正黑體"/>
                <w:color w:val="333333"/>
                <w:sz w:val="18"/>
                <w:lang w:eastAsia="zh-TW"/>
              </w:rPr>
            </w:pPr>
            <w:r>
              <w:rPr>
                <w:rFonts w:ascii="微軟正黑體" w:eastAsia="微軟正黑體" w:hAnsi="微軟正黑體"/>
                <w:color w:val="333333"/>
                <w:sz w:val="17"/>
                <w:lang w:eastAsia="zh-TW"/>
              </w:rPr>
              <w:t>財務部／股務單位</w:t>
            </w:r>
          </w:p>
        </w:tc>
        <w:tc>
          <w:tcPr>
            <w:tcW w:w="1134" w:type="dxa"/>
            <w:vAlign w:val="center"/>
          </w:tcPr>
          <w:p w14:paraId="42A73AAF" w14:textId="77777777" w:rsidR="00717B41" w:rsidRDefault="00717B41" w:rsidP="00717B41">
            <w:pPr>
              <w:spacing w:line="252" w:lineRule="auto"/>
              <w:jc w:val="center"/>
              <w:rPr>
                <w:rFonts w:ascii="微軟正黑體" w:eastAsia="微軟正黑體" w:hAnsi="微軟正黑體"/>
                <w:color w:val="333333"/>
                <w:sz w:val="17"/>
                <w:lang w:eastAsia="zh-TW"/>
              </w:rPr>
            </w:pPr>
          </w:p>
        </w:tc>
      </w:tr>
      <w:tr w:rsidR="00717B41" w:rsidRPr="00810501" w14:paraId="184F9D28" w14:textId="24832E8E" w:rsidTr="00717B41">
        <w:trPr>
          <w:cantSplit/>
          <w:jc w:val="center"/>
        </w:trPr>
        <w:tc>
          <w:tcPr>
            <w:tcW w:w="1713" w:type="dxa"/>
            <w:vMerge/>
            <w:shd w:val="clear" w:color="auto" w:fill="FCE4D6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7CE06A6" w14:textId="11018B29" w:rsidR="00717B41" w:rsidRPr="00810501" w:rsidRDefault="00717B41" w:rsidP="00717B41">
            <w:pPr>
              <w:spacing w:line="252" w:lineRule="auto"/>
              <w:jc w:val="both"/>
              <w:rPr>
                <w:rFonts w:ascii="微軟正黑體" w:eastAsia="微軟正黑體" w:hAnsi="微軟正黑體"/>
                <w:b/>
                <w:color w:val="1F1F1F"/>
                <w:sz w:val="19"/>
                <w:lang w:eastAsia="zh-TW"/>
              </w:rPr>
            </w:pPr>
          </w:p>
        </w:tc>
        <w:tc>
          <w:tcPr>
            <w:tcW w:w="212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5E1DA49" w14:textId="310B15FA" w:rsidR="00717B41" w:rsidRPr="00810501" w:rsidRDefault="00717B41" w:rsidP="00717B41">
            <w:pPr>
              <w:spacing w:line="252" w:lineRule="auto"/>
              <w:jc w:val="both"/>
              <w:rPr>
                <w:rFonts w:ascii="微軟正黑體" w:eastAsia="微軟正黑體" w:hAnsi="微軟正黑體"/>
                <w:b/>
                <w:color w:val="1F1F1F"/>
                <w:sz w:val="18"/>
              </w:rPr>
            </w:pPr>
            <w:proofErr w:type="spellStart"/>
            <w:r w:rsidRPr="00810501">
              <w:rPr>
                <w:rFonts w:ascii="微軟正黑體" w:eastAsia="微軟正黑體" w:hAnsi="微軟正黑體"/>
                <w:b/>
                <w:color w:val="1F1F1F"/>
                <w:sz w:val="18"/>
              </w:rPr>
              <w:t>公司登記資料</w:t>
            </w:r>
            <w:proofErr w:type="spellEnd"/>
          </w:p>
        </w:tc>
        <w:tc>
          <w:tcPr>
            <w:tcW w:w="6803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47FDD09" w14:textId="1156E826" w:rsidR="00717B41" w:rsidRPr="00810501" w:rsidRDefault="00717B41" w:rsidP="00717B41">
            <w:pPr>
              <w:spacing w:line="252" w:lineRule="auto"/>
              <w:jc w:val="both"/>
              <w:rPr>
                <w:rFonts w:ascii="微軟正黑體" w:eastAsia="微軟正黑體" w:hAnsi="微軟正黑體"/>
                <w:color w:val="333333"/>
                <w:sz w:val="18"/>
                <w:lang w:eastAsia="zh-TW"/>
              </w:rPr>
            </w:pPr>
            <w:r w:rsidRPr="00810501">
              <w:rPr>
                <w:rFonts w:ascii="微軟正黑體" w:eastAsia="微軟正黑體" w:hAnsi="微軟正黑體"/>
                <w:color w:val="333333"/>
                <w:sz w:val="18"/>
                <w:lang w:eastAsia="zh-TW"/>
              </w:rPr>
              <w:t>董事長、總經理、總公司地址、電話、傳真及主要營運據點。</w:t>
            </w:r>
          </w:p>
        </w:tc>
        <w:tc>
          <w:tcPr>
            <w:tcW w:w="3496" w:type="dxa"/>
            <w:vAlign w:val="center"/>
          </w:tcPr>
          <w:p w14:paraId="4CD8517F" w14:textId="291A9932" w:rsidR="00717B41" w:rsidRPr="00810501" w:rsidRDefault="00717B41" w:rsidP="00717B41">
            <w:pPr>
              <w:spacing w:line="252" w:lineRule="auto"/>
              <w:jc w:val="both"/>
              <w:rPr>
                <w:rFonts w:ascii="微軟正黑體" w:eastAsia="微軟正黑體" w:hAnsi="微軟正黑體"/>
                <w:color w:val="333333"/>
                <w:sz w:val="18"/>
                <w:lang w:eastAsia="zh-TW"/>
              </w:rPr>
            </w:pPr>
            <w:r>
              <w:rPr>
                <w:rFonts w:ascii="微軟正黑體" w:eastAsia="微軟正黑體" w:hAnsi="微軟正黑體"/>
                <w:color w:val="333333"/>
                <w:sz w:val="17"/>
                <w:lang w:eastAsia="zh-TW"/>
              </w:rPr>
              <w:t>法務部／財務部／股務單位</w:t>
            </w:r>
          </w:p>
        </w:tc>
        <w:tc>
          <w:tcPr>
            <w:tcW w:w="1134" w:type="dxa"/>
            <w:vAlign w:val="center"/>
          </w:tcPr>
          <w:p w14:paraId="579DD567" w14:textId="77777777" w:rsidR="00717B41" w:rsidRDefault="00717B41" w:rsidP="00717B41">
            <w:pPr>
              <w:spacing w:line="252" w:lineRule="auto"/>
              <w:jc w:val="center"/>
              <w:rPr>
                <w:rFonts w:ascii="微軟正黑體" w:eastAsia="微軟正黑體" w:hAnsi="微軟正黑體"/>
                <w:color w:val="333333"/>
                <w:sz w:val="17"/>
                <w:lang w:eastAsia="zh-TW"/>
              </w:rPr>
            </w:pPr>
          </w:p>
        </w:tc>
      </w:tr>
      <w:tr w:rsidR="00717B41" w:rsidRPr="00810501" w14:paraId="10BAE74A" w14:textId="5D10A5C3" w:rsidTr="00717B41">
        <w:trPr>
          <w:cantSplit/>
          <w:jc w:val="center"/>
        </w:trPr>
        <w:tc>
          <w:tcPr>
            <w:tcW w:w="1713" w:type="dxa"/>
            <w:vMerge/>
            <w:shd w:val="clear" w:color="auto" w:fill="FCE4D6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14CB6D0" w14:textId="52C7FE3A" w:rsidR="00717B41" w:rsidRPr="00810501" w:rsidRDefault="00717B41" w:rsidP="00717B41">
            <w:pPr>
              <w:spacing w:line="252" w:lineRule="auto"/>
              <w:jc w:val="both"/>
              <w:rPr>
                <w:rFonts w:ascii="微軟正黑體" w:eastAsia="微軟正黑體" w:hAnsi="微軟正黑體"/>
                <w:b/>
                <w:color w:val="1F1F1F"/>
                <w:sz w:val="19"/>
                <w:lang w:eastAsia="zh-TW"/>
              </w:rPr>
            </w:pPr>
          </w:p>
        </w:tc>
        <w:tc>
          <w:tcPr>
            <w:tcW w:w="212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70E14A4" w14:textId="4E14A27D" w:rsidR="00717B41" w:rsidRPr="00810501" w:rsidRDefault="00717B41" w:rsidP="00717B41">
            <w:pPr>
              <w:spacing w:line="252" w:lineRule="auto"/>
              <w:jc w:val="both"/>
              <w:rPr>
                <w:rFonts w:ascii="微軟正黑體" w:eastAsia="微軟正黑體" w:hAnsi="微軟正黑體"/>
                <w:b/>
                <w:color w:val="1F1F1F"/>
                <w:sz w:val="18"/>
              </w:rPr>
            </w:pPr>
            <w:proofErr w:type="spellStart"/>
            <w:r w:rsidRPr="00810501">
              <w:rPr>
                <w:rFonts w:ascii="微軟正黑體" w:eastAsia="微軟正黑體" w:hAnsi="微軟正黑體"/>
                <w:b/>
                <w:color w:val="1F1F1F"/>
                <w:sz w:val="18"/>
              </w:rPr>
              <w:t>股務資訊</w:t>
            </w:r>
            <w:proofErr w:type="spellEnd"/>
          </w:p>
        </w:tc>
        <w:tc>
          <w:tcPr>
            <w:tcW w:w="6803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23AB191" w14:textId="2C584D0F" w:rsidR="00717B41" w:rsidRPr="00810501" w:rsidRDefault="00717B41" w:rsidP="00717B41">
            <w:pPr>
              <w:spacing w:line="252" w:lineRule="auto"/>
              <w:jc w:val="both"/>
              <w:rPr>
                <w:rFonts w:ascii="微軟正黑體" w:eastAsia="微軟正黑體" w:hAnsi="微軟正黑體"/>
                <w:color w:val="333333"/>
                <w:sz w:val="18"/>
                <w:lang w:eastAsia="zh-TW"/>
              </w:rPr>
            </w:pPr>
            <w:r w:rsidRPr="00810501">
              <w:rPr>
                <w:rFonts w:ascii="微軟正黑體" w:eastAsia="微軟正黑體" w:hAnsi="微軟正黑體"/>
                <w:color w:val="333333"/>
                <w:sz w:val="18"/>
                <w:lang w:eastAsia="zh-TW"/>
              </w:rPr>
              <w:t>股票代號</w:t>
            </w:r>
            <w:r>
              <w:rPr>
                <w:rFonts w:ascii="微軟正黑體" w:eastAsia="微軟正黑體" w:hAnsi="微軟正黑體" w:hint="eastAsia"/>
                <w:color w:val="333333"/>
                <w:sz w:val="18"/>
                <w:lang w:eastAsia="zh-TW"/>
              </w:rPr>
              <w:t>、</w:t>
            </w:r>
            <w:r w:rsidRPr="00810501">
              <w:rPr>
                <w:rFonts w:ascii="微軟正黑體" w:eastAsia="微軟正黑體" w:hAnsi="微軟正黑體"/>
                <w:color w:val="333333"/>
                <w:sz w:val="18"/>
                <w:lang w:eastAsia="zh-TW"/>
              </w:rPr>
              <w:t>股務代理機構名稱、地址、電話、網站及聯絡方式。</w:t>
            </w:r>
          </w:p>
        </w:tc>
        <w:tc>
          <w:tcPr>
            <w:tcW w:w="3496" w:type="dxa"/>
            <w:vAlign w:val="center"/>
          </w:tcPr>
          <w:p w14:paraId="2981221D" w14:textId="4E122FDE" w:rsidR="00717B41" w:rsidRPr="00810501" w:rsidRDefault="00717B41" w:rsidP="00717B41">
            <w:pPr>
              <w:spacing w:line="252" w:lineRule="auto"/>
              <w:jc w:val="both"/>
              <w:rPr>
                <w:rFonts w:ascii="微軟正黑體" w:eastAsia="微軟正黑體" w:hAnsi="微軟正黑體"/>
                <w:color w:val="333333"/>
                <w:sz w:val="18"/>
                <w:lang w:eastAsia="zh-TW"/>
              </w:rPr>
            </w:pPr>
            <w:r>
              <w:rPr>
                <w:rFonts w:ascii="微軟正黑體" w:eastAsia="微軟正黑體" w:hAnsi="微軟正黑體"/>
                <w:color w:val="333333"/>
                <w:sz w:val="17"/>
                <w:lang w:eastAsia="zh-TW"/>
              </w:rPr>
              <w:t>股務單位／財務部／董事會秘書室</w:t>
            </w:r>
          </w:p>
        </w:tc>
        <w:tc>
          <w:tcPr>
            <w:tcW w:w="1134" w:type="dxa"/>
            <w:vAlign w:val="center"/>
          </w:tcPr>
          <w:p w14:paraId="62B3FF68" w14:textId="77777777" w:rsidR="00717B41" w:rsidRDefault="00717B41" w:rsidP="00717B41">
            <w:pPr>
              <w:spacing w:line="252" w:lineRule="auto"/>
              <w:jc w:val="center"/>
              <w:rPr>
                <w:rFonts w:ascii="微軟正黑體" w:eastAsia="微軟正黑體" w:hAnsi="微軟正黑體"/>
                <w:color w:val="333333"/>
                <w:sz w:val="17"/>
                <w:lang w:eastAsia="zh-TW"/>
              </w:rPr>
            </w:pPr>
          </w:p>
        </w:tc>
      </w:tr>
      <w:tr w:rsidR="00717B41" w:rsidRPr="00810501" w14:paraId="04591673" w14:textId="2E5A2341" w:rsidTr="00717B41">
        <w:trPr>
          <w:cantSplit/>
          <w:jc w:val="center"/>
        </w:trPr>
        <w:tc>
          <w:tcPr>
            <w:tcW w:w="1713" w:type="dxa"/>
            <w:vMerge/>
            <w:shd w:val="clear" w:color="auto" w:fill="FCE4D6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1317DB0" w14:textId="08FA094F" w:rsidR="00717B41" w:rsidRPr="00810501" w:rsidRDefault="00717B41" w:rsidP="00717B41">
            <w:pPr>
              <w:spacing w:line="252" w:lineRule="auto"/>
              <w:jc w:val="both"/>
              <w:rPr>
                <w:rFonts w:ascii="微軟正黑體" w:eastAsia="微軟正黑體" w:hAnsi="微軟正黑體"/>
                <w:b/>
                <w:color w:val="1F1F1F"/>
                <w:sz w:val="19"/>
                <w:lang w:eastAsia="zh-TW"/>
              </w:rPr>
            </w:pPr>
          </w:p>
        </w:tc>
        <w:tc>
          <w:tcPr>
            <w:tcW w:w="212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2AF98F7" w14:textId="111B3227" w:rsidR="00717B41" w:rsidRPr="00810501" w:rsidRDefault="00717B41" w:rsidP="00717B41">
            <w:pPr>
              <w:spacing w:line="252" w:lineRule="auto"/>
              <w:jc w:val="both"/>
              <w:rPr>
                <w:rFonts w:ascii="微軟正黑體" w:eastAsia="微軟正黑體" w:hAnsi="微軟正黑體"/>
                <w:b/>
                <w:color w:val="1F1F1F"/>
                <w:sz w:val="18"/>
              </w:rPr>
            </w:pPr>
            <w:proofErr w:type="spellStart"/>
            <w:r w:rsidRPr="00810501">
              <w:rPr>
                <w:rFonts w:ascii="微軟正黑體" w:eastAsia="微軟正黑體" w:hAnsi="微軟正黑體"/>
                <w:b/>
                <w:color w:val="1F1F1F"/>
                <w:sz w:val="18"/>
              </w:rPr>
              <w:t>發言人資訊</w:t>
            </w:r>
            <w:proofErr w:type="spellEnd"/>
          </w:p>
        </w:tc>
        <w:tc>
          <w:tcPr>
            <w:tcW w:w="6803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58BEEE9" w14:textId="5B5FC0CF" w:rsidR="00717B41" w:rsidRPr="00810501" w:rsidRDefault="00717B41" w:rsidP="00717B41">
            <w:pPr>
              <w:spacing w:line="252" w:lineRule="auto"/>
              <w:jc w:val="both"/>
              <w:rPr>
                <w:rFonts w:ascii="微軟正黑體" w:eastAsia="微軟正黑體" w:hAnsi="微軟正黑體"/>
                <w:color w:val="333333"/>
                <w:sz w:val="18"/>
                <w:lang w:eastAsia="zh-TW"/>
              </w:rPr>
            </w:pPr>
            <w:r w:rsidRPr="00810501">
              <w:rPr>
                <w:rFonts w:ascii="微軟正黑體" w:eastAsia="微軟正黑體" w:hAnsi="微軟正黑體"/>
                <w:color w:val="333333"/>
                <w:sz w:val="18"/>
                <w:lang w:eastAsia="zh-TW"/>
              </w:rPr>
              <w:t>發言人、代理發言人、職稱、電話及Email。</w:t>
            </w:r>
          </w:p>
        </w:tc>
        <w:tc>
          <w:tcPr>
            <w:tcW w:w="3496" w:type="dxa"/>
            <w:vAlign w:val="center"/>
          </w:tcPr>
          <w:p w14:paraId="483E50CE" w14:textId="13EAA406" w:rsidR="00717B41" w:rsidRPr="00810501" w:rsidRDefault="00717B41" w:rsidP="00717B41">
            <w:pPr>
              <w:spacing w:line="252" w:lineRule="auto"/>
              <w:jc w:val="both"/>
              <w:rPr>
                <w:rFonts w:ascii="微軟正黑體" w:eastAsia="微軟正黑體" w:hAnsi="微軟正黑體"/>
                <w:color w:val="333333"/>
                <w:sz w:val="18"/>
                <w:lang w:eastAsia="zh-TW"/>
              </w:rPr>
            </w:pPr>
            <w:r>
              <w:rPr>
                <w:rFonts w:ascii="微軟正黑體" w:eastAsia="微軟正黑體" w:hAnsi="微軟正黑體" w:hint="eastAsia"/>
                <w:color w:val="333333"/>
                <w:sz w:val="17"/>
                <w:lang w:eastAsia="zh-TW"/>
              </w:rPr>
              <w:t>公關部</w:t>
            </w:r>
            <w:r>
              <w:rPr>
                <w:rFonts w:ascii="微軟正黑體" w:eastAsia="微軟正黑體" w:hAnsi="微軟正黑體"/>
                <w:color w:val="333333"/>
                <w:sz w:val="17"/>
                <w:lang w:eastAsia="zh-TW"/>
              </w:rPr>
              <w:t>／財務部</w:t>
            </w:r>
          </w:p>
        </w:tc>
        <w:tc>
          <w:tcPr>
            <w:tcW w:w="1134" w:type="dxa"/>
            <w:vAlign w:val="center"/>
          </w:tcPr>
          <w:p w14:paraId="530752B9" w14:textId="77777777" w:rsidR="00717B41" w:rsidRDefault="00717B41" w:rsidP="00717B41">
            <w:pPr>
              <w:spacing w:line="252" w:lineRule="auto"/>
              <w:jc w:val="center"/>
              <w:rPr>
                <w:rFonts w:ascii="微軟正黑體" w:eastAsia="微軟正黑體" w:hAnsi="微軟正黑體" w:hint="eastAsia"/>
                <w:color w:val="333333"/>
                <w:sz w:val="17"/>
                <w:lang w:eastAsia="zh-TW"/>
              </w:rPr>
            </w:pPr>
          </w:p>
        </w:tc>
      </w:tr>
      <w:tr w:rsidR="00717B41" w:rsidRPr="00810501" w14:paraId="4A890EB1" w14:textId="5AFD6271" w:rsidTr="00717B41">
        <w:trPr>
          <w:cantSplit/>
          <w:jc w:val="center"/>
        </w:trPr>
        <w:tc>
          <w:tcPr>
            <w:tcW w:w="1713" w:type="dxa"/>
            <w:vMerge/>
            <w:shd w:val="clear" w:color="auto" w:fill="FCE4D6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D47ACAA" w14:textId="6EE69FFD" w:rsidR="00717B41" w:rsidRPr="00810501" w:rsidRDefault="00717B41" w:rsidP="00717B41">
            <w:pPr>
              <w:spacing w:line="252" w:lineRule="auto"/>
              <w:jc w:val="both"/>
              <w:rPr>
                <w:rFonts w:ascii="微軟正黑體" w:eastAsia="微軟正黑體" w:hAnsi="微軟正黑體"/>
                <w:b/>
                <w:color w:val="1F1F1F"/>
                <w:sz w:val="19"/>
                <w:lang w:eastAsia="zh-TW"/>
              </w:rPr>
            </w:pPr>
          </w:p>
        </w:tc>
        <w:tc>
          <w:tcPr>
            <w:tcW w:w="212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1B7EB18" w14:textId="03749959" w:rsidR="00717B41" w:rsidRPr="00810501" w:rsidRDefault="00717B41" w:rsidP="00717B41">
            <w:pPr>
              <w:spacing w:line="252" w:lineRule="auto"/>
              <w:jc w:val="both"/>
              <w:rPr>
                <w:rFonts w:ascii="微軟正黑體" w:eastAsia="微軟正黑體" w:hAnsi="微軟正黑體"/>
                <w:b/>
                <w:color w:val="1F1F1F"/>
                <w:sz w:val="18"/>
              </w:rPr>
            </w:pPr>
            <w:proofErr w:type="spellStart"/>
            <w:r w:rsidRPr="00810501">
              <w:rPr>
                <w:rFonts w:ascii="微軟正黑體" w:eastAsia="微軟正黑體" w:hAnsi="微軟正黑體"/>
                <w:b/>
                <w:color w:val="1F1F1F"/>
                <w:sz w:val="18"/>
              </w:rPr>
              <w:t>投資人聯絡窗口</w:t>
            </w:r>
            <w:proofErr w:type="spellEnd"/>
          </w:p>
        </w:tc>
        <w:tc>
          <w:tcPr>
            <w:tcW w:w="6803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7C2E2F1" w14:textId="2B2B9E23" w:rsidR="00717B41" w:rsidRPr="00810501" w:rsidRDefault="00717B41" w:rsidP="00717B41">
            <w:pPr>
              <w:spacing w:line="252" w:lineRule="auto"/>
              <w:jc w:val="both"/>
              <w:rPr>
                <w:rFonts w:ascii="微軟正黑體" w:eastAsia="微軟正黑體" w:hAnsi="微軟正黑體"/>
                <w:color w:val="333333"/>
                <w:sz w:val="18"/>
                <w:lang w:eastAsia="zh-TW"/>
              </w:rPr>
            </w:pPr>
            <w:r w:rsidRPr="00810501">
              <w:rPr>
                <w:rFonts w:ascii="微軟正黑體" w:eastAsia="微軟正黑體" w:hAnsi="微軟正黑體"/>
                <w:color w:val="333333"/>
                <w:sz w:val="18"/>
                <w:lang w:eastAsia="zh-TW"/>
              </w:rPr>
              <w:t>投資人關係聯絡人或單位、職稱、電話及共用Email。</w:t>
            </w:r>
          </w:p>
        </w:tc>
        <w:tc>
          <w:tcPr>
            <w:tcW w:w="3496" w:type="dxa"/>
            <w:vAlign w:val="center"/>
          </w:tcPr>
          <w:p w14:paraId="62805911" w14:textId="41129CF1" w:rsidR="00717B41" w:rsidRPr="00810501" w:rsidRDefault="00717B41" w:rsidP="00717B41">
            <w:pPr>
              <w:spacing w:line="252" w:lineRule="auto"/>
              <w:jc w:val="both"/>
              <w:rPr>
                <w:rFonts w:ascii="微軟正黑體" w:eastAsia="微軟正黑體" w:hAnsi="微軟正黑體"/>
                <w:color w:val="333333"/>
                <w:sz w:val="18"/>
                <w:lang w:eastAsia="zh-TW"/>
              </w:rPr>
            </w:pPr>
            <w:r>
              <w:rPr>
                <w:rFonts w:ascii="微軟正黑體" w:eastAsia="微軟正黑體" w:hAnsi="微軟正黑體"/>
                <w:color w:val="333333"/>
                <w:sz w:val="17"/>
                <w:lang w:eastAsia="zh-TW"/>
              </w:rPr>
              <w:t>投資人關係單位／財務</w:t>
            </w:r>
            <w:r>
              <w:rPr>
                <w:rFonts w:ascii="微軟正黑體" w:eastAsia="微軟正黑體" w:hAnsi="微軟正黑體" w:hint="eastAsia"/>
                <w:color w:val="333333"/>
                <w:sz w:val="17"/>
                <w:lang w:eastAsia="zh-TW"/>
              </w:rPr>
              <w:t>部</w:t>
            </w:r>
          </w:p>
        </w:tc>
        <w:tc>
          <w:tcPr>
            <w:tcW w:w="1134" w:type="dxa"/>
            <w:vAlign w:val="center"/>
          </w:tcPr>
          <w:p w14:paraId="45B65DB8" w14:textId="77777777" w:rsidR="00717B41" w:rsidRDefault="00717B41" w:rsidP="00717B41">
            <w:pPr>
              <w:spacing w:line="252" w:lineRule="auto"/>
              <w:jc w:val="center"/>
              <w:rPr>
                <w:rFonts w:ascii="微軟正黑體" w:eastAsia="微軟正黑體" w:hAnsi="微軟正黑體"/>
                <w:color w:val="333333"/>
                <w:sz w:val="17"/>
                <w:lang w:eastAsia="zh-TW"/>
              </w:rPr>
            </w:pPr>
          </w:p>
        </w:tc>
      </w:tr>
      <w:tr w:rsidR="00717B41" w:rsidRPr="00810501" w14:paraId="5B4FB39E" w14:textId="00363F6D" w:rsidTr="00717B41">
        <w:trPr>
          <w:cantSplit/>
          <w:jc w:val="center"/>
        </w:trPr>
        <w:tc>
          <w:tcPr>
            <w:tcW w:w="1713" w:type="dxa"/>
            <w:vMerge/>
            <w:shd w:val="clear" w:color="auto" w:fill="FCE4D6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C4C9685" w14:textId="4AA63393" w:rsidR="00717B41" w:rsidRPr="00810501" w:rsidRDefault="00717B41" w:rsidP="00717B41">
            <w:pPr>
              <w:spacing w:line="252" w:lineRule="auto"/>
              <w:jc w:val="both"/>
              <w:rPr>
                <w:rFonts w:ascii="微軟正黑體" w:eastAsia="微軟正黑體" w:hAnsi="微軟正黑體"/>
                <w:lang w:eastAsia="zh-TW"/>
              </w:rPr>
            </w:pPr>
          </w:p>
        </w:tc>
        <w:tc>
          <w:tcPr>
            <w:tcW w:w="212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1373D04" w14:textId="77777777" w:rsidR="00717B41" w:rsidRPr="00810501" w:rsidRDefault="00717B41" w:rsidP="00717B41">
            <w:pPr>
              <w:spacing w:line="252" w:lineRule="auto"/>
              <w:jc w:val="both"/>
              <w:rPr>
                <w:rFonts w:ascii="微軟正黑體" w:eastAsia="微軟正黑體" w:hAnsi="微軟正黑體"/>
              </w:rPr>
            </w:pPr>
            <w:proofErr w:type="spellStart"/>
            <w:r w:rsidRPr="00810501">
              <w:rPr>
                <w:rFonts w:ascii="微軟正黑體" w:eastAsia="微軟正黑體" w:hAnsi="微軟正黑體"/>
                <w:b/>
                <w:color w:val="1F1F1F"/>
                <w:sz w:val="18"/>
              </w:rPr>
              <w:t>每月營收</w:t>
            </w:r>
            <w:proofErr w:type="spellEnd"/>
          </w:p>
        </w:tc>
        <w:tc>
          <w:tcPr>
            <w:tcW w:w="6803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F2C8DFB" w14:textId="57153EAF" w:rsidR="00717B41" w:rsidRPr="00810501" w:rsidRDefault="00717B41" w:rsidP="00717B41">
            <w:pPr>
              <w:spacing w:line="252" w:lineRule="auto"/>
              <w:jc w:val="both"/>
              <w:rPr>
                <w:rFonts w:ascii="微軟正黑體" w:eastAsia="微軟正黑體" w:hAnsi="微軟正黑體"/>
                <w:lang w:eastAsia="zh-TW"/>
              </w:rPr>
            </w:pPr>
            <w:r w:rsidRPr="00810501">
              <w:rPr>
                <w:rFonts w:ascii="微軟正黑體" w:eastAsia="微軟正黑體" w:hAnsi="微軟正黑體"/>
                <w:color w:val="333333"/>
                <w:sz w:val="18"/>
                <w:lang w:eastAsia="zh-TW"/>
              </w:rPr>
              <w:t>月營收、累計營收、年增減比例、幣別、合併或個體口徑及公告日期。</w:t>
            </w:r>
          </w:p>
        </w:tc>
        <w:tc>
          <w:tcPr>
            <w:tcW w:w="3496" w:type="dxa"/>
            <w:vAlign w:val="center"/>
          </w:tcPr>
          <w:p w14:paraId="3BABF76F" w14:textId="2420774A" w:rsidR="00717B41" w:rsidRPr="00810501" w:rsidRDefault="00717B41" w:rsidP="00717B41">
            <w:pPr>
              <w:spacing w:line="252" w:lineRule="auto"/>
              <w:jc w:val="both"/>
              <w:rPr>
                <w:rFonts w:ascii="微軟正黑體" w:eastAsia="微軟正黑體" w:hAnsi="微軟正黑體"/>
                <w:color w:val="333333"/>
                <w:sz w:val="18"/>
                <w:lang w:eastAsia="zh-TW"/>
              </w:rPr>
            </w:pPr>
            <w:r>
              <w:rPr>
                <w:rFonts w:ascii="微軟正黑體" w:eastAsia="微軟正黑體" w:hAnsi="微軟正黑體"/>
                <w:color w:val="333333"/>
                <w:sz w:val="17"/>
                <w:lang w:eastAsia="zh-TW"/>
              </w:rPr>
              <w:t>財務部</w:t>
            </w:r>
          </w:p>
        </w:tc>
        <w:tc>
          <w:tcPr>
            <w:tcW w:w="1134" w:type="dxa"/>
            <w:vAlign w:val="center"/>
          </w:tcPr>
          <w:p w14:paraId="3C2BFB6F" w14:textId="77777777" w:rsidR="00717B41" w:rsidRDefault="00717B41" w:rsidP="00717B41">
            <w:pPr>
              <w:spacing w:line="252" w:lineRule="auto"/>
              <w:jc w:val="center"/>
              <w:rPr>
                <w:rFonts w:ascii="微軟正黑體" w:eastAsia="微軟正黑體" w:hAnsi="微軟正黑體"/>
                <w:color w:val="333333"/>
                <w:sz w:val="17"/>
                <w:lang w:eastAsia="zh-TW"/>
              </w:rPr>
            </w:pPr>
          </w:p>
        </w:tc>
      </w:tr>
      <w:tr w:rsidR="00717B41" w:rsidRPr="00810501" w14:paraId="152E9E7F" w14:textId="7E59AC0F" w:rsidTr="00717B41">
        <w:trPr>
          <w:cantSplit/>
          <w:jc w:val="center"/>
        </w:trPr>
        <w:tc>
          <w:tcPr>
            <w:tcW w:w="1713" w:type="dxa"/>
            <w:vMerge/>
            <w:shd w:val="clear" w:color="auto" w:fill="FCE4D6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8A6DE12" w14:textId="77777777" w:rsidR="00717B41" w:rsidRPr="00810501" w:rsidRDefault="00717B41" w:rsidP="00717B41">
            <w:pPr>
              <w:jc w:val="both"/>
              <w:rPr>
                <w:rFonts w:ascii="微軟正黑體" w:eastAsia="微軟正黑體" w:hAnsi="微軟正黑體"/>
                <w:lang w:eastAsia="zh-TW"/>
              </w:rPr>
            </w:pPr>
          </w:p>
        </w:tc>
        <w:tc>
          <w:tcPr>
            <w:tcW w:w="212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4A2203F" w14:textId="77777777" w:rsidR="00717B41" w:rsidRPr="00810501" w:rsidRDefault="00717B41" w:rsidP="00717B41">
            <w:pPr>
              <w:spacing w:line="252" w:lineRule="auto"/>
              <w:jc w:val="both"/>
              <w:rPr>
                <w:rFonts w:ascii="微軟正黑體" w:eastAsia="微軟正黑體" w:hAnsi="微軟正黑體"/>
              </w:rPr>
            </w:pPr>
            <w:proofErr w:type="spellStart"/>
            <w:r w:rsidRPr="00810501">
              <w:rPr>
                <w:rFonts w:ascii="微軟正黑體" w:eastAsia="微軟正黑體" w:hAnsi="微軟正黑體"/>
                <w:b/>
                <w:color w:val="1F1F1F"/>
                <w:sz w:val="18"/>
              </w:rPr>
              <w:t>年度財務報告</w:t>
            </w:r>
            <w:proofErr w:type="spellEnd"/>
          </w:p>
        </w:tc>
        <w:tc>
          <w:tcPr>
            <w:tcW w:w="6803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ABBE434" w14:textId="6512ACBE" w:rsidR="00717B41" w:rsidRPr="00810501" w:rsidRDefault="00717B41" w:rsidP="00717B41">
            <w:pPr>
              <w:spacing w:line="252" w:lineRule="auto"/>
              <w:jc w:val="both"/>
              <w:rPr>
                <w:rFonts w:ascii="微軟正黑體" w:eastAsia="微軟正黑體" w:hAnsi="微軟正黑體"/>
                <w:lang w:eastAsia="zh-TW"/>
              </w:rPr>
            </w:pPr>
            <w:r w:rsidRPr="00810501">
              <w:rPr>
                <w:rFonts w:ascii="微軟正黑體" w:eastAsia="微軟正黑體" w:hAnsi="微軟正黑體"/>
                <w:color w:val="333333"/>
                <w:sz w:val="18"/>
                <w:lang w:eastAsia="zh-TW"/>
              </w:rPr>
              <w:t>年度財務報告、中英文版本。</w:t>
            </w:r>
          </w:p>
        </w:tc>
        <w:tc>
          <w:tcPr>
            <w:tcW w:w="3496" w:type="dxa"/>
            <w:vAlign w:val="center"/>
          </w:tcPr>
          <w:p w14:paraId="6F124699" w14:textId="0C8D17B8" w:rsidR="00717B41" w:rsidRPr="00810501" w:rsidRDefault="00717B41" w:rsidP="00717B41">
            <w:pPr>
              <w:spacing w:line="252" w:lineRule="auto"/>
              <w:jc w:val="both"/>
              <w:rPr>
                <w:rFonts w:ascii="微軟正黑體" w:eastAsia="微軟正黑體" w:hAnsi="微軟正黑體"/>
                <w:color w:val="333333"/>
                <w:sz w:val="18"/>
                <w:lang w:eastAsia="zh-TW"/>
              </w:rPr>
            </w:pPr>
            <w:r>
              <w:rPr>
                <w:rFonts w:ascii="微軟正黑體" w:eastAsia="微軟正黑體" w:hAnsi="微軟正黑體"/>
                <w:color w:val="333333"/>
                <w:sz w:val="17"/>
                <w:lang w:eastAsia="zh-TW"/>
              </w:rPr>
              <w:t>財務部</w:t>
            </w:r>
          </w:p>
        </w:tc>
        <w:tc>
          <w:tcPr>
            <w:tcW w:w="1134" w:type="dxa"/>
            <w:vAlign w:val="center"/>
          </w:tcPr>
          <w:p w14:paraId="512AC8C3" w14:textId="77777777" w:rsidR="00717B41" w:rsidRDefault="00717B41" w:rsidP="00717B41">
            <w:pPr>
              <w:spacing w:line="252" w:lineRule="auto"/>
              <w:jc w:val="center"/>
              <w:rPr>
                <w:rFonts w:ascii="微軟正黑體" w:eastAsia="微軟正黑體" w:hAnsi="微軟正黑體"/>
                <w:color w:val="333333"/>
                <w:sz w:val="17"/>
                <w:lang w:eastAsia="zh-TW"/>
              </w:rPr>
            </w:pPr>
          </w:p>
        </w:tc>
      </w:tr>
      <w:tr w:rsidR="00717B41" w:rsidRPr="00810501" w14:paraId="5619910F" w14:textId="7164D0DB" w:rsidTr="00717B41">
        <w:trPr>
          <w:cantSplit/>
          <w:jc w:val="center"/>
        </w:trPr>
        <w:tc>
          <w:tcPr>
            <w:tcW w:w="1713" w:type="dxa"/>
            <w:vMerge/>
            <w:shd w:val="clear" w:color="auto" w:fill="FCE4D6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4199E58" w14:textId="77777777" w:rsidR="00717B41" w:rsidRPr="00810501" w:rsidRDefault="00717B41" w:rsidP="00717B41">
            <w:pPr>
              <w:jc w:val="both"/>
              <w:rPr>
                <w:rFonts w:ascii="微軟正黑體" w:eastAsia="微軟正黑體" w:hAnsi="微軟正黑體"/>
                <w:lang w:eastAsia="zh-TW"/>
              </w:rPr>
            </w:pPr>
          </w:p>
        </w:tc>
        <w:tc>
          <w:tcPr>
            <w:tcW w:w="212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5DC5342" w14:textId="77777777" w:rsidR="00717B41" w:rsidRPr="00810501" w:rsidRDefault="00717B41" w:rsidP="00717B41">
            <w:pPr>
              <w:spacing w:line="252" w:lineRule="auto"/>
              <w:jc w:val="both"/>
              <w:rPr>
                <w:rFonts w:ascii="微軟正黑體" w:eastAsia="微軟正黑體" w:hAnsi="微軟正黑體"/>
              </w:rPr>
            </w:pPr>
            <w:proofErr w:type="spellStart"/>
            <w:r w:rsidRPr="00810501">
              <w:rPr>
                <w:rFonts w:ascii="微軟正黑體" w:eastAsia="微軟正黑體" w:hAnsi="微軟正黑體"/>
                <w:b/>
                <w:color w:val="1F1F1F"/>
                <w:sz w:val="18"/>
              </w:rPr>
              <w:t>年報</w:t>
            </w:r>
            <w:proofErr w:type="spellEnd"/>
          </w:p>
        </w:tc>
        <w:tc>
          <w:tcPr>
            <w:tcW w:w="6803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072FB26" w14:textId="77777777" w:rsidR="00717B41" w:rsidRPr="00810501" w:rsidRDefault="00717B41" w:rsidP="00717B41">
            <w:pPr>
              <w:spacing w:line="252" w:lineRule="auto"/>
              <w:jc w:val="both"/>
              <w:rPr>
                <w:rFonts w:ascii="微軟正黑體" w:eastAsia="微軟正黑體" w:hAnsi="微軟正黑體"/>
                <w:lang w:eastAsia="zh-TW"/>
              </w:rPr>
            </w:pPr>
            <w:r w:rsidRPr="00810501">
              <w:rPr>
                <w:rFonts w:ascii="微軟正黑體" w:eastAsia="微軟正黑體" w:hAnsi="微軟正黑體"/>
                <w:color w:val="333333"/>
                <w:sz w:val="18"/>
                <w:lang w:eastAsia="zh-TW"/>
              </w:rPr>
              <w:t>中英文年報、股東會年報、歷年版本、年度及發布日期。</w:t>
            </w:r>
          </w:p>
        </w:tc>
        <w:tc>
          <w:tcPr>
            <w:tcW w:w="3496" w:type="dxa"/>
            <w:vAlign w:val="center"/>
          </w:tcPr>
          <w:p w14:paraId="37171AAB" w14:textId="228A0553" w:rsidR="00717B41" w:rsidRPr="00810501" w:rsidRDefault="00717B41" w:rsidP="00717B41">
            <w:pPr>
              <w:spacing w:line="252" w:lineRule="auto"/>
              <w:jc w:val="both"/>
              <w:rPr>
                <w:rFonts w:ascii="微軟正黑體" w:eastAsia="微軟正黑體" w:hAnsi="微軟正黑體"/>
                <w:color w:val="333333"/>
                <w:sz w:val="18"/>
                <w:lang w:eastAsia="zh-TW"/>
              </w:rPr>
            </w:pPr>
            <w:r>
              <w:rPr>
                <w:rFonts w:ascii="微軟正黑體" w:eastAsia="微軟正黑體" w:hAnsi="微軟正黑體"/>
                <w:color w:val="333333"/>
                <w:sz w:val="17"/>
                <w:lang w:eastAsia="zh-TW"/>
              </w:rPr>
              <w:t>股務單位／財務部</w:t>
            </w:r>
          </w:p>
        </w:tc>
        <w:tc>
          <w:tcPr>
            <w:tcW w:w="1134" w:type="dxa"/>
            <w:vAlign w:val="center"/>
          </w:tcPr>
          <w:p w14:paraId="43AD509A" w14:textId="77777777" w:rsidR="00717B41" w:rsidRDefault="00717B41" w:rsidP="00717B41">
            <w:pPr>
              <w:spacing w:line="252" w:lineRule="auto"/>
              <w:jc w:val="center"/>
              <w:rPr>
                <w:rFonts w:ascii="微軟正黑體" w:eastAsia="微軟正黑體" w:hAnsi="微軟正黑體"/>
                <w:color w:val="333333"/>
                <w:sz w:val="17"/>
                <w:lang w:eastAsia="zh-TW"/>
              </w:rPr>
            </w:pPr>
          </w:p>
        </w:tc>
      </w:tr>
      <w:tr w:rsidR="00717B41" w:rsidRPr="00810501" w14:paraId="6DF071E2" w14:textId="6AFA0546" w:rsidTr="00717B41">
        <w:trPr>
          <w:cantSplit/>
          <w:jc w:val="center"/>
        </w:trPr>
        <w:tc>
          <w:tcPr>
            <w:tcW w:w="1713" w:type="dxa"/>
            <w:vMerge/>
            <w:shd w:val="clear" w:color="auto" w:fill="FCE4D6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DDEC564" w14:textId="77777777" w:rsidR="00717B41" w:rsidRPr="00810501" w:rsidRDefault="00717B41" w:rsidP="00717B41">
            <w:pPr>
              <w:jc w:val="both"/>
              <w:rPr>
                <w:rFonts w:ascii="微軟正黑體" w:eastAsia="微軟正黑體" w:hAnsi="微軟正黑體"/>
                <w:lang w:eastAsia="zh-TW"/>
              </w:rPr>
            </w:pPr>
          </w:p>
        </w:tc>
        <w:tc>
          <w:tcPr>
            <w:tcW w:w="212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6476392" w14:textId="77777777" w:rsidR="00717B41" w:rsidRPr="00810501" w:rsidRDefault="00717B41" w:rsidP="00717B41">
            <w:pPr>
              <w:spacing w:line="252" w:lineRule="auto"/>
              <w:jc w:val="both"/>
              <w:rPr>
                <w:rFonts w:ascii="微軟正黑體" w:eastAsia="微軟正黑體" w:hAnsi="微軟正黑體"/>
              </w:rPr>
            </w:pPr>
            <w:proofErr w:type="spellStart"/>
            <w:r w:rsidRPr="00810501">
              <w:rPr>
                <w:rFonts w:ascii="微軟正黑體" w:eastAsia="微軟正黑體" w:hAnsi="微軟正黑體"/>
                <w:b/>
                <w:color w:val="1F1F1F"/>
                <w:sz w:val="18"/>
              </w:rPr>
              <w:t>股東會資料</w:t>
            </w:r>
            <w:proofErr w:type="spellEnd"/>
          </w:p>
        </w:tc>
        <w:tc>
          <w:tcPr>
            <w:tcW w:w="6803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BC3B481" w14:textId="77777777" w:rsidR="00717B41" w:rsidRPr="00810501" w:rsidRDefault="00717B41" w:rsidP="00717B41">
            <w:pPr>
              <w:spacing w:line="252" w:lineRule="auto"/>
              <w:jc w:val="both"/>
              <w:rPr>
                <w:rFonts w:ascii="微軟正黑體" w:eastAsia="微軟正黑體" w:hAnsi="微軟正黑體"/>
                <w:lang w:eastAsia="zh-TW"/>
              </w:rPr>
            </w:pPr>
            <w:r w:rsidRPr="00810501">
              <w:rPr>
                <w:rFonts w:ascii="微軟正黑體" w:eastAsia="微軟正黑體" w:hAnsi="微軟正黑體"/>
                <w:color w:val="333333"/>
                <w:sz w:val="18"/>
                <w:lang w:eastAsia="zh-TW"/>
              </w:rPr>
              <w:t>開會通知、議事手冊、年報、議事錄、表決結果及相關影音。</w:t>
            </w:r>
          </w:p>
        </w:tc>
        <w:tc>
          <w:tcPr>
            <w:tcW w:w="3496" w:type="dxa"/>
            <w:vAlign w:val="center"/>
          </w:tcPr>
          <w:p w14:paraId="60AB4E3D" w14:textId="6593B063" w:rsidR="00717B41" w:rsidRPr="00810501" w:rsidRDefault="00717B41" w:rsidP="00717B41">
            <w:pPr>
              <w:spacing w:line="252" w:lineRule="auto"/>
              <w:jc w:val="both"/>
              <w:rPr>
                <w:rFonts w:ascii="微軟正黑體" w:eastAsia="微軟正黑體" w:hAnsi="微軟正黑體"/>
                <w:color w:val="333333"/>
                <w:sz w:val="18"/>
                <w:lang w:eastAsia="zh-TW"/>
              </w:rPr>
            </w:pPr>
            <w:r>
              <w:rPr>
                <w:rFonts w:ascii="微軟正黑體" w:eastAsia="微軟正黑體" w:hAnsi="微軟正黑體"/>
                <w:color w:val="333333"/>
                <w:sz w:val="17"/>
                <w:lang w:eastAsia="zh-TW"/>
              </w:rPr>
              <w:t>股務單位／董事會秘書室／公司治理主管</w:t>
            </w:r>
          </w:p>
        </w:tc>
        <w:tc>
          <w:tcPr>
            <w:tcW w:w="1134" w:type="dxa"/>
            <w:vAlign w:val="center"/>
          </w:tcPr>
          <w:p w14:paraId="14A94CC3" w14:textId="77777777" w:rsidR="00717B41" w:rsidRDefault="00717B41" w:rsidP="00717B41">
            <w:pPr>
              <w:spacing w:line="252" w:lineRule="auto"/>
              <w:jc w:val="center"/>
              <w:rPr>
                <w:rFonts w:ascii="微軟正黑體" w:eastAsia="微軟正黑體" w:hAnsi="微軟正黑體"/>
                <w:color w:val="333333"/>
                <w:sz w:val="17"/>
                <w:lang w:eastAsia="zh-TW"/>
              </w:rPr>
            </w:pPr>
          </w:p>
        </w:tc>
      </w:tr>
      <w:tr w:rsidR="00717B41" w:rsidRPr="00810501" w14:paraId="66120407" w14:textId="3DF291E8" w:rsidTr="00717B41">
        <w:trPr>
          <w:cantSplit/>
          <w:jc w:val="center"/>
        </w:trPr>
        <w:tc>
          <w:tcPr>
            <w:tcW w:w="1713" w:type="dxa"/>
            <w:vMerge/>
            <w:shd w:val="clear" w:color="auto" w:fill="FCE4D6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C4DCDB5" w14:textId="77777777" w:rsidR="00717B41" w:rsidRPr="00810501" w:rsidRDefault="00717B41" w:rsidP="00717B41">
            <w:pPr>
              <w:jc w:val="both"/>
              <w:rPr>
                <w:rFonts w:ascii="微軟正黑體" w:eastAsia="微軟正黑體" w:hAnsi="微軟正黑體"/>
                <w:lang w:eastAsia="zh-TW"/>
              </w:rPr>
            </w:pPr>
          </w:p>
        </w:tc>
        <w:tc>
          <w:tcPr>
            <w:tcW w:w="212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FD97418" w14:textId="77777777" w:rsidR="00717B41" w:rsidRPr="00810501" w:rsidRDefault="00717B41" w:rsidP="00717B41">
            <w:pPr>
              <w:spacing w:line="252" w:lineRule="auto"/>
              <w:jc w:val="both"/>
              <w:rPr>
                <w:rFonts w:ascii="微軟正黑體" w:eastAsia="微軟正黑體" w:hAnsi="微軟正黑體"/>
              </w:rPr>
            </w:pPr>
            <w:proofErr w:type="spellStart"/>
            <w:r w:rsidRPr="00810501">
              <w:rPr>
                <w:rFonts w:ascii="微軟正黑體" w:eastAsia="微軟正黑體" w:hAnsi="微軟正黑體"/>
                <w:b/>
                <w:color w:val="1F1F1F"/>
                <w:sz w:val="18"/>
              </w:rPr>
              <w:t>股利資訊</w:t>
            </w:r>
            <w:proofErr w:type="spellEnd"/>
          </w:p>
        </w:tc>
        <w:tc>
          <w:tcPr>
            <w:tcW w:w="6803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447804E" w14:textId="77777777" w:rsidR="00717B41" w:rsidRPr="00810501" w:rsidRDefault="00717B41" w:rsidP="00717B41">
            <w:pPr>
              <w:spacing w:line="252" w:lineRule="auto"/>
              <w:jc w:val="both"/>
              <w:rPr>
                <w:rFonts w:ascii="微軟正黑體" w:eastAsia="微軟正黑體" w:hAnsi="微軟正黑體"/>
                <w:lang w:eastAsia="zh-TW"/>
              </w:rPr>
            </w:pPr>
            <w:r w:rsidRPr="00810501">
              <w:rPr>
                <w:rFonts w:ascii="微軟正黑體" w:eastAsia="微軟正黑體" w:hAnsi="微軟正黑體"/>
                <w:color w:val="333333"/>
                <w:sz w:val="18"/>
                <w:lang w:eastAsia="zh-TW"/>
              </w:rPr>
              <w:t>股利政策、歷年現金股利、股票股利、除權息日期及發放日期。</w:t>
            </w:r>
          </w:p>
        </w:tc>
        <w:tc>
          <w:tcPr>
            <w:tcW w:w="3496" w:type="dxa"/>
            <w:vAlign w:val="center"/>
          </w:tcPr>
          <w:p w14:paraId="4B1004EA" w14:textId="6DE2A532" w:rsidR="00717B41" w:rsidRPr="00810501" w:rsidRDefault="00717B41" w:rsidP="00717B41">
            <w:pPr>
              <w:spacing w:line="252" w:lineRule="auto"/>
              <w:jc w:val="both"/>
              <w:rPr>
                <w:rFonts w:ascii="微軟正黑體" w:eastAsia="微軟正黑體" w:hAnsi="微軟正黑體"/>
                <w:color w:val="333333"/>
                <w:sz w:val="18"/>
                <w:lang w:eastAsia="zh-TW"/>
              </w:rPr>
            </w:pPr>
            <w:r>
              <w:rPr>
                <w:rFonts w:ascii="微軟正黑體" w:eastAsia="微軟正黑體" w:hAnsi="微軟正黑體"/>
                <w:color w:val="333333"/>
                <w:sz w:val="17"/>
                <w:lang w:eastAsia="zh-TW"/>
              </w:rPr>
              <w:t>財務部／股務單位／投資人關係單位</w:t>
            </w:r>
          </w:p>
        </w:tc>
        <w:tc>
          <w:tcPr>
            <w:tcW w:w="1134" w:type="dxa"/>
            <w:vAlign w:val="center"/>
          </w:tcPr>
          <w:p w14:paraId="1DD44C8C" w14:textId="77777777" w:rsidR="00717B41" w:rsidRDefault="00717B41" w:rsidP="00717B41">
            <w:pPr>
              <w:spacing w:line="252" w:lineRule="auto"/>
              <w:jc w:val="center"/>
              <w:rPr>
                <w:rFonts w:ascii="微軟正黑體" w:eastAsia="微軟正黑體" w:hAnsi="微軟正黑體"/>
                <w:color w:val="333333"/>
                <w:sz w:val="17"/>
                <w:lang w:eastAsia="zh-TW"/>
              </w:rPr>
            </w:pPr>
          </w:p>
        </w:tc>
      </w:tr>
      <w:tr w:rsidR="00717B41" w:rsidRPr="00810501" w14:paraId="2BC1BC54" w14:textId="74895379" w:rsidTr="00717B41">
        <w:trPr>
          <w:cantSplit/>
          <w:jc w:val="center"/>
        </w:trPr>
        <w:tc>
          <w:tcPr>
            <w:tcW w:w="1713" w:type="dxa"/>
            <w:vMerge/>
            <w:shd w:val="clear" w:color="auto" w:fill="FCE4D6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C317C9F" w14:textId="77777777" w:rsidR="00717B41" w:rsidRPr="00810501" w:rsidRDefault="00717B41" w:rsidP="00717B41">
            <w:pPr>
              <w:jc w:val="both"/>
              <w:rPr>
                <w:rFonts w:ascii="微軟正黑體" w:eastAsia="微軟正黑體" w:hAnsi="微軟正黑體"/>
                <w:lang w:eastAsia="zh-TW"/>
              </w:rPr>
            </w:pPr>
          </w:p>
        </w:tc>
        <w:tc>
          <w:tcPr>
            <w:tcW w:w="212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186D82B" w14:textId="77777777" w:rsidR="00717B41" w:rsidRPr="00810501" w:rsidRDefault="00717B41" w:rsidP="00717B41">
            <w:pPr>
              <w:spacing w:line="252" w:lineRule="auto"/>
              <w:jc w:val="both"/>
              <w:rPr>
                <w:rFonts w:ascii="微軟正黑體" w:eastAsia="微軟正黑體" w:hAnsi="微軟正黑體"/>
              </w:rPr>
            </w:pPr>
            <w:proofErr w:type="spellStart"/>
            <w:r w:rsidRPr="00810501">
              <w:rPr>
                <w:rFonts w:ascii="微軟正黑體" w:eastAsia="微軟正黑體" w:hAnsi="微軟正黑體"/>
                <w:b/>
                <w:color w:val="1F1F1F"/>
                <w:sz w:val="18"/>
              </w:rPr>
              <w:t>法人說明會</w:t>
            </w:r>
            <w:proofErr w:type="spellEnd"/>
          </w:p>
        </w:tc>
        <w:tc>
          <w:tcPr>
            <w:tcW w:w="6803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D1FE5DA" w14:textId="1879E7D1" w:rsidR="00717B41" w:rsidRPr="00810501" w:rsidRDefault="00717B41" w:rsidP="00717B41">
            <w:pPr>
              <w:spacing w:line="252" w:lineRule="auto"/>
              <w:jc w:val="both"/>
              <w:rPr>
                <w:rFonts w:ascii="微軟正黑體" w:eastAsia="微軟正黑體" w:hAnsi="微軟正黑體"/>
                <w:lang w:eastAsia="zh-TW"/>
              </w:rPr>
            </w:pPr>
            <w:r w:rsidRPr="00810501">
              <w:rPr>
                <w:rFonts w:ascii="微軟正黑體" w:eastAsia="微軟正黑體" w:hAnsi="微軟正黑體"/>
                <w:color w:val="333333"/>
                <w:sz w:val="18"/>
                <w:lang w:eastAsia="zh-TW"/>
              </w:rPr>
              <w:t>法說會日期、地點、簡報、影音。</w:t>
            </w:r>
          </w:p>
        </w:tc>
        <w:tc>
          <w:tcPr>
            <w:tcW w:w="3496" w:type="dxa"/>
            <w:vAlign w:val="center"/>
          </w:tcPr>
          <w:p w14:paraId="59A9FC0B" w14:textId="5D9B3425" w:rsidR="00717B41" w:rsidRPr="00810501" w:rsidRDefault="00717B41" w:rsidP="00717B41">
            <w:pPr>
              <w:spacing w:line="252" w:lineRule="auto"/>
              <w:jc w:val="both"/>
              <w:rPr>
                <w:rFonts w:ascii="微軟正黑體" w:eastAsia="微軟正黑體" w:hAnsi="微軟正黑體"/>
                <w:color w:val="333333"/>
                <w:sz w:val="18"/>
                <w:lang w:eastAsia="zh-TW"/>
              </w:rPr>
            </w:pPr>
            <w:r>
              <w:rPr>
                <w:rFonts w:ascii="微軟正黑體" w:eastAsia="微軟正黑體" w:hAnsi="微軟正黑體"/>
                <w:color w:val="333333"/>
                <w:sz w:val="17"/>
                <w:lang w:eastAsia="zh-TW"/>
              </w:rPr>
              <w:t>投資人關係單位／財務部</w:t>
            </w:r>
          </w:p>
        </w:tc>
        <w:tc>
          <w:tcPr>
            <w:tcW w:w="1134" w:type="dxa"/>
            <w:vAlign w:val="center"/>
          </w:tcPr>
          <w:p w14:paraId="53544723" w14:textId="77777777" w:rsidR="00717B41" w:rsidRDefault="00717B41" w:rsidP="00717B41">
            <w:pPr>
              <w:spacing w:line="252" w:lineRule="auto"/>
              <w:jc w:val="center"/>
              <w:rPr>
                <w:rFonts w:ascii="微軟正黑體" w:eastAsia="微軟正黑體" w:hAnsi="微軟正黑體"/>
                <w:color w:val="333333"/>
                <w:sz w:val="17"/>
                <w:lang w:eastAsia="zh-TW"/>
              </w:rPr>
            </w:pPr>
          </w:p>
        </w:tc>
      </w:tr>
      <w:tr w:rsidR="00717B41" w:rsidRPr="00810501" w14:paraId="141E360B" w14:textId="6339DF0E" w:rsidTr="00717B41">
        <w:trPr>
          <w:cantSplit/>
          <w:jc w:val="center"/>
        </w:trPr>
        <w:tc>
          <w:tcPr>
            <w:tcW w:w="1713" w:type="dxa"/>
            <w:vMerge/>
            <w:shd w:val="clear" w:color="auto" w:fill="FCE4D6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262BE14" w14:textId="77777777" w:rsidR="00717B41" w:rsidRPr="00810501" w:rsidRDefault="00717B41" w:rsidP="00717B41">
            <w:pPr>
              <w:jc w:val="both"/>
              <w:rPr>
                <w:rFonts w:ascii="微軟正黑體" w:eastAsia="微軟正黑體" w:hAnsi="微軟正黑體"/>
                <w:lang w:eastAsia="zh-TW"/>
              </w:rPr>
            </w:pPr>
          </w:p>
        </w:tc>
        <w:tc>
          <w:tcPr>
            <w:tcW w:w="212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122DDC1" w14:textId="77777777" w:rsidR="00717B41" w:rsidRPr="00810501" w:rsidRDefault="00717B41" w:rsidP="00717B41">
            <w:pPr>
              <w:spacing w:line="252" w:lineRule="auto"/>
              <w:jc w:val="both"/>
              <w:rPr>
                <w:rFonts w:ascii="微軟正黑體" w:eastAsia="微軟正黑體" w:hAnsi="微軟正黑體"/>
              </w:rPr>
            </w:pPr>
            <w:proofErr w:type="spellStart"/>
            <w:r w:rsidRPr="00810501">
              <w:rPr>
                <w:rFonts w:ascii="微軟正黑體" w:eastAsia="微軟正黑體" w:hAnsi="微軟正黑體"/>
                <w:b/>
                <w:color w:val="1F1F1F"/>
                <w:sz w:val="18"/>
              </w:rPr>
              <w:t>重大訊息</w:t>
            </w:r>
            <w:proofErr w:type="spellEnd"/>
          </w:p>
        </w:tc>
        <w:tc>
          <w:tcPr>
            <w:tcW w:w="6803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1A222D0" w14:textId="77777777" w:rsidR="00717B41" w:rsidRPr="00810501" w:rsidRDefault="00717B41" w:rsidP="00717B41">
            <w:pPr>
              <w:spacing w:line="252" w:lineRule="auto"/>
              <w:jc w:val="both"/>
              <w:rPr>
                <w:rFonts w:ascii="微軟正黑體" w:eastAsia="微軟正黑體" w:hAnsi="微軟正黑體"/>
                <w:lang w:eastAsia="zh-TW"/>
              </w:rPr>
            </w:pPr>
            <w:r w:rsidRPr="00810501">
              <w:rPr>
                <w:rFonts w:ascii="微軟正黑體" w:eastAsia="微軟正黑體" w:hAnsi="微軟正黑體"/>
                <w:color w:val="333333"/>
                <w:sz w:val="18"/>
                <w:lang w:eastAsia="zh-TW"/>
              </w:rPr>
              <w:t>重大訊息內容、公告日期、類別及公開資訊觀測站連結。</w:t>
            </w:r>
          </w:p>
        </w:tc>
        <w:tc>
          <w:tcPr>
            <w:tcW w:w="3496" w:type="dxa"/>
            <w:vAlign w:val="center"/>
          </w:tcPr>
          <w:p w14:paraId="7FF340BB" w14:textId="262C5FFC" w:rsidR="00717B41" w:rsidRPr="00810501" w:rsidRDefault="00717B41" w:rsidP="00717B41">
            <w:pPr>
              <w:spacing w:line="252" w:lineRule="auto"/>
              <w:jc w:val="both"/>
              <w:rPr>
                <w:rFonts w:ascii="微軟正黑體" w:eastAsia="微軟正黑體" w:hAnsi="微軟正黑體"/>
                <w:color w:val="333333"/>
                <w:sz w:val="18"/>
                <w:lang w:eastAsia="zh-TW"/>
              </w:rPr>
            </w:pPr>
            <w:r>
              <w:rPr>
                <w:rFonts w:ascii="微軟正黑體" w:eastAsia="微軟正黑體" w:hAnsi="微軟正黑體"/>
                <w:color w:val="333333"/>
                <w:sz w:val="17"/>
                <w:lang w:eastAsia="zh-TW"/>
              </w:rPr>
              <w:t>發言人／代理發言人／法務部</w:t>
            </w:r>
          </w:p>
        </w:tc>
        <w:tc>
          <w:tcPr>
            <w:tcW w:w="1134" w:type="dxa"/>
            <w:vAlign w:val="center"/>
          </w:tcPr>
          <w:p w14:paraId="3E2F1805" w14:textId="77777777" w:rsidR="00717B41" w:rsidRDefault="00717B41" w:rsidP="00717B41">
            <w:pPr>
              <w:spacing w:line="252" w:lineRule="auto"/>
              <w:jc w:val="center"/>
              <w:rPr>
                <w:rFonts w:ascii="微軟正黑體" w:eastAsia="微軟正黑體" w:hAnsi="微軟正黑體"/>
                <w:color w:val="333333"/>
                <w:sz w:val="17"/>
                <w:lang w:eastAsia="zh-TW"/>
              </w:rPr>
            </w:pPr>
          </w:p>
        </w:tc>
      </w:tr>
      <w:tr w:rsidR="00717B41" w:rsidRPr="00810501" w14:paraId="2C9B7164" w14:textId="2FB93BED" w:rsidTr="00717B41">
        <w:trPr>
          <w:cantSplit/>
          <w:jc w:val="center"/>
        </w:trPr>
        <w:tc>
          <w:tcPr>
            <w:tcW w:w="1713" w:type="dxa"/>
            <w:vMerge w:val="restart"/>
            <w:shd w:val="clear" w:color="auto" w:fill="E4DFEC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8BE9333" w14:textId="3887E704" w:rsidR="00717B41" w:rsidRPr="00810501" w:rsidRDefault="00717B41" w:rsidP="00717B41">
            <w:pPr>
              <w:spacing w:line="252" w:lineRule="auto"/>
              <w:jc w:val="both"/>
              <w:rPr>
                <w:rFonts w:ascii="微軟正黑體" w:eastAsia="微軟正黑體" w:hAnsi="微軟正黑體"/>
                <w:lang w:eastAsia="zh-TW"/>
              </w:rPr>
            </w:pPr>
            <w:r w:rsidRPr="00810501">
              <w:rPr>
                <w:rFonts w:ascii="微軟正黑體" w:eastAsia="微軟正黑體" w:hAnsi="微軟正黑體"/>
                <w:b/>
                <w:color w:val="1F1F1F"/>
                <w:sz w:val="19"/>
                <w:lang w:eastAsia="zh-TW"/>
              </w:rPr>
              <w:t>五、</w:t>
            </w:r>
            <w:r>
              <w:rPr>
                <w:rFonts w:ascii="微軟正黑體" w:eastAsia="微軟正黑體" w:hAnsi="微軟正黑體" w:hint="eastAsia"/>
                <w:b/>
                <w:color w:val="1F1F1F"/>
                <w:sz w:val="19"/>
                <w:lang w:eastAsia="zh-TW"/>
              </w:rPr>
              <w:t>公司治理</w:t>
            </w:r>
          </w:p>
        </w:tc>
        <w:tc>
          <w:tcPr>
            <w:tcW w:w="212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221B856" w14:textId="77777777" w:rsidR="00717B41" w:rsidRPr="00810501" w:rsidRDefault="00717B41" w:rsidP="00717B41">
            <w:pPr>
              <w:spacing w:line="252" w:lineRule="auto"/>
              <w:jc w:val="both"/>
              <w:rPr>
                <w:rFonts w:ascii="微軟正黑體" w:eastAsia="微軟正黑體" w:hAnsi="微軟正黑體"/>
              </w:rPr>
            </w:pPr>
            <w:proofErr w:type="spellStart"/>
            <w:r w:rsidRPr="00810501">
              <w:rPr>
                <w:rFonts w:ascii="微軟正黑體" w:eastAsia="微軟正黑體" w:hAnsi="微軟正黑體"/>
                <w:b/>
                <w:color w:val="1F1F1F"/>
                <w:sz w:val="18"/>
              </w:rPr>
              <w:t>董事會名單</w:t>
            </w:r>
            <w:proofErr w:type="spellEnd"/>
          </w:p>
        </w:tc>
        <w:tc>
          <w:tcPr>
            <w:tcW w:w="6803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2A9868C" w14:textId="77777777" w:rsidR="00717B41" w:rsidRPr="00810501" w:rsidRDefault="00717B41" w:rsidP="00717B41">
            <w:pPr>
              <w:spacing w:line="252" w:lineRule="auto"/>
              <w:jc w:val="both"/>
              <w:rPr>
                <w:rFonts w:ascii="微軟正黑體" w:eastAsia="微軟正黑體" w:hAnsi="微軟正黑體"/>
                <w:lang w:eastAsia="zh-TW"/>
              </w:rPr>
            </w:pPr>
            <w:r w:rsidRPr="00810501">
              <w:rPr>
                <w:rFonts w:ascii="微軟正黑體" w:eastAsia="微軟正黑體" w:hAnsi="微軟正黑體"/>
                <w:color w:val="333333"/>
                <w:sz w:val="18"/>
                <w:lang w:eastAsia="zh-TW"/>
              </w:rPr>
              <w:t>董事姓名、英文姓名、職稱、照片、學經歷、現任職務、任期及主要兼任職務。</w:t>
            </w:r>
          </w:p>
        </w:tc>
        <w:tc>
          <w:tcPr>
            <w:tcW w:w="3496" w:type="dxa"/>
            <w:vAlign w:val="center"/>
          </w:tcPr>
          <w:p w14:paraId="59C1B990" w14:textId="0F6B19A5" w:rsidR="00717B41" w:rsidRPr="00810501" w:rsidRDefault="00717B41" w:rsidP="00717B41">
            <w:pPr>
              <w:spacing w:line="252" w:lineRule="auto"/>
              <w:jc w:val="both"/>
              <w:rPr>
                <w:rFonts w:ascii="微軟正黑體" w:eastAsia="微軟正黑體" w:hAnsi="微軟正黑體"/>
                <w:color w:val="333333"/>
                <w:sz w:val="18"/>
                <w:lang w:eastAsia="zh-TW"/>
              </w:rPr>
            </w:pPr>
            <w:r>
              <w:rPr>
                <w:rFonts w:ascii="微軟正黑體" w:eastAsia="微軟正黑體" w:hAnsi="微軟正黑體"/>
                <w:color w:val="333333"/>
                <w:sz w:val="17"/>
                <w:lang w:eastAsia="zh-TW"/>
              </w:rPr>
              <w:t>董事會秘書室／公司治理主管</w:t>
            </w:r>
          </w:p>
        </w:tc>
        <w:tc>
          <w:tcPr>
            <w:tcW w:w="1134" w:type="dxa"/>
            <w:vAlign w:val="center"/>
          </w:tcPr>
          <w:p w14:paraId="703CD134" w14:textId="77777777" w:rsidR="00717B41" w:rsidRDefault="00717B41" w:rsidP="00717B41">
            <w:pPr>
              <w:spacing w:line="252" w:lineRule="auto"/>
              <w:jc w:val="center"/>
              <w:rPr>
                <w:rFonts w:ascii="微軟正黑體" w:eastAsia="微軟正黑體" w:hAnsi="微軟正黑體"/>
                <w:color w:val="333333"/>
                <w:sz w:val="17"/>
                <w:lang w:eastAsia="zh-TW"/>
              </w:rPr>
            </w:pPr>
          </w:p>
        </w:tc>
      </w:tr>
      <w:tr w:rsidR="00717B41" w:rsidRPr="00810501" w14:paraId="2E7C123D" w14:textId="6832BD7C" w:rsidTr="00717B41">
        <w:trPr>
          <w:cantSplit/>
          <w:jc w:val="center"/>
        </w:trPr>
        <w:tc>
          <w:tcPr>
            <w:tcW w:w="1713" w:type="dxa"/>
            <w:vMerge/>
            <w:shd w:val="clear" w:color="auto" w:fill="E4DFEC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390C227" w14:textId="77777777" w:rsidR="00717B41" w:rsidRPr="00810501" w:rsidRDefault="00717B41" w:rsidP="00717B41">
            <w:pPr>
              <w:jc w:val="both"/>
              <w:rPr>
                <w:rFonts w:ascii="微軟正黑體" w:eastAsia="微軟正黑體" w:hAnsi="微軟正黑體"/>
                <w:lang w:eastAsia="zh-TW"/>
              </w:rPr>
            </w:pPr>
          </w:p>
        </w:tc>
        <w:tc>
          <w:tcPr>
            <w:tcW w:w="212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3750725" w14:textId="77777777" w:rsidR="00717B41" w:rsidRPr="00810501" w:rsidRDefault="00717B41" w:rsidP="00717B41">
            <w:pPr>
              <w:spacing w:line="252" w:lineRule="auto"/>
              <w:jc w:val="both"/>
              <w:rPr>
                <w:rFonts w:ascii="微軟正黑體" w:eastAsia="微軟正黑體" w:hAnsi="微軟正黑體"/>
              </w:rPr>
            </w:pPr>
            <w:proofErr w:type="spellStart"/>
            <w:r w:rsidRPr="00810501">
              <w:rPr>
                <w:rFonts w:ascii="微軟正黑體" w:eastAsia="微軟正黑體" w:hAnsi="微軟正黑體"/>
                <w:b/>
                <w:color w:val="1F1F1F"/>
                <w:sz w:val="18"/>
              </w:rPr>
              <w:t>審計委員會</w:t>
            </w:r>
            <w:proofErr w:type="spellEnd"/>
          </w:p>
        </w:tc>
        <w:tc>
          <w:tcPr>
            <w:tcW w:w="6803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B9FDA07" w14:textId="77777777" w:rsidR="00717B41" w:rsidRPr="00810501" w:rsidRDefault="00717B41" w:rsidP="00717B41">
            <w:pPr>
              <w:spacing w:line="252" w:lineRule="auto"/>
              <w:jc w:val="both"/>
              <w:rPr>
                <w:rFonts w:ascii="微軟正黑體" w:eastAsia="微軟正黑體" w:hAnsi="微軟正黑體"/>
                <w:lang w:eastAsia="zh-TW"/>
              </w:rPr>
            </w:pPr>
            <w:r w:rsidRPr="00810501">
              <w:rPr>
                <w:rFonts w:ascii="微軟正黑體" w:eastAsia="微軟正黑體" w:hAnsi="微軟正黑體"/>
                <w:color w:val="333333"/>
                <w:sz w:val="18"/>
                <w:lang w:eastAsia="zh-TW"/>
              </w:rPr>
              <w:t>成員、職責、任期、年度開會次數、出席率及運作情形。</w:t>
            </w:r>
          </w:p>
        </w:tc>
        <w:tc>
          <w:tcPr>
            <w:tcW w:w="3496" w:type="dxa"/>
            <w:vAlign w:val="center"/>
          </w:tcPr>
          <w:p w14:paraId="1D354BB0" w14:textId="1AC39347" w:rsidR="00717B41" w:rsidRPr="00810501" w:rsidRDefault="00717B41" w:rsidP="00717B41">
            <w:pPr>
              <w:spacing w:line="252" w:lineRule="auto"/>
              <w:jc w:val="both"/>
              <w:rPr>
                <w:rFonts w:ascii="微軟正黑體" w:eastAsia="微軟正黑體" w:hAnsi="微軟正黑體"/>
                <w:color w:val="333333"/>
                <w:sz w:val="18"/>
                <w:lang w:eastAsia="zh-TW"/>
              </w:rPr>
            </w:pPr>
            <w:r>
              <w:rPr>
                <w:rFonts w:ascii="微軟正黑體" w:eastAsia="微軟正黑體" w:hAnsi="微軟正黑體"/>
                <w:color w:val="333333"/>
                <w:sz w:val="17"/>
                <w:lang w:eastAsia="zh-TW"/>
              </w:rPr>
              <w:t>董事會秘書室／公司治理主管</w:t>
            </w:r>
          </w:p>
        </w:tc>
        <w:tc>
          <w:tcPr>
            <w:tcW w:w="1134" w:type="dxa"/>
            <w:vAlign w:val="center"/>
          </w:tcPr>
          <w:p w14:paraId="7D9C3927" w14:textId="77777777" w:rsidR="00717B41" w:rsidRDefault="00717B41" w:rsidP="00717B41">
            <w:pPr>
              <w:spacing w:line="252" w:lineRule="auto"/>
              <w:jc w:val="center"/>
              <w:rPr>
                <w:rFonts w:ascii="微軟正黑體" w:eastAsia="微軟正黑體" w:hAnsi="微軟正黑體"/>
                <w:color w:val="333333"/>
                <w:sz w:val="17"/>
                <w:lang w:eastAsia="zh-TW"/>
              </w:rPr>
            </w:pPr>
          </w:p>
        </w:tc>
      </w:tr>
      <w:tr w:rsidR="00717B41" w:rsidRPr="00810501" w14:paraId="4F2EA873" w14:textId="6D4977B7" w:rsidTr="00717B41">
        <w:trPr>
          <w:cantSplit/>
          <w:jc w:val="center"/>
        </w:trPr>
        <w:tc>
          <w:tcPr>
            <w:tcW w:w="1713" w:type="dxa"/>
            <w:vMerge/>
            <w:shd w:val="clear" w:color="auto" w:fill="E4DFEC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8D483E0" w14:textId="77777777" w:rsidR="00717B41" w:rsidRPr="00810501" w:rsidRDefault="00717B41" w:rsidP="00717B41">
            <w:pPr>
              <w:jc w:val="both"/>
              <w:rPr>
                <w:rFonts w:ascii="微軟正黑體" w:eastAsia="微軟正黑體" w:hAnsi="微軟正黑體"/>
                <w:lang w:eastAsia="zh-TW"/>
              </w:rPr>
            </w:pPr>
          </w:p>
        </w:tc>
        <w:tc>
          <w:tcPr>
            <w:tcW w:w="212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BD420C9" w14:textId="77777777" w:rsidR="00717B41" w:rsidRPr="00810501" w:rsidRDefault="00717B41" w:rsidP="00717B41">
            <w:pPr>
              <w:spacing w:line="252" w:lineRule="auto"/>
              <w:jc w:val="both"/>
              <w:rPr>
                <w:rFonts w:ascii="微軟正黑體" w:eastAsia="微軟正黑體" w:hAnsi="微軟正黑體"/>
              </w:rPr>
            </w:pPr>
            <w:proofErr w:type="spellStart"/>
            <w:r w:rsidRPr="00810501">
              <w:rPr>
                <w:rFonts w:ascii="微軟正黑體" w:eastAsia="微軟正黑體" w:hAnsi="微軟正黑體"/>
                <w:b/>
                <w:color w:val="1F1F1F"/>
                <w:sz w:val="18"/>
              </w:rPr>
              <w:t>薪資報酬委員會</w:t>
            </w:r>
            <w:proofErr w:type="spellEnd"/>
          </w:p>
        </w:tc>
        <w:tc>
          <w:tcPr>
            <w:tcW w:w="6803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3FA94E3" w14:textId="77777777" w:rsidR="00717B41" w:rsidRPr="00810501" w:rsidRDefault="00717B41" w:rsidP="00717B41">
            <w:pPr>
              <w:spacing w:line="252" w:lineRule="auto"/>
              <w:jc w:val="both"/>
              <w:rPr>
                <w:rFonts w:ascii="微軟正黑體" w:eastAsia="微軟正黑體" w:hAnsi="微軟正黑體"/>
                <w:lang w:eastAsia="zh-TW"/>
              </w:rPr>
            </w:pPr>
            <w:r w:rsidRPr="00810501">
              <w:rPr>
                <w:rFonts w:ascii="微軟正黑體" w:eastAsia="微軟正黑體" w:hAnsi="微軟正黑體"/>
                <w:color w:val="333333"/>
                <w:sz w:val="18"/>
                <w:lang w:eastAsia="zh-TW"/>
              </w:rPr>
              <w:t>成員、職責、任期、年度開會次數、出席率及運作情形。</w:t>
            </w:r>
          </w:p>
        </w:tc>
        <w:tc>
          <w:tcPr>
            <w:tcW w:w="3496" w:type="dxa"/>
            <w:vAlign w:val="center"/>
          </w:tcPr>
          <w:p w14:paraId="062B8693" w14:textId="5BF5D771" w:rsidR="00717B41" w:rsidRPr="00810501" w:rsidRDefault="00717B41" w:rsidP="00717B41">
            <w:pPr>
              <w:spacing w:line="252" w:lineRule="auto"/>
              <w:jc w:val="both"/>
              <w:rPr>
                <w:rFonts w:ascii="微軟正黑體" w:eastAsia="微軟正黑體" w:hAnsi="微軟正黑體"/>
                <w:color w:val="333333"/>
                <w:sz w:val="18"/>
                <w:lang w:eastAsia="zh-TW"/>
              </w:rPr>
            </w:pPr>
            <w:r>
              <w:rPr>
                <w:rFonts w:ascii="微軟正黑體" w:eastAsia="微軟正黑體" w:hAnsi="微軟正黑體"/>
                <w:color w:val="333333"/>
                <w:sz w:val="17"/>
                <w:lang w:eastAsia="zh-TW"/>
              </w:rPr>
              <w:t>董事會秘書室／公司治理主管</w:t>
            </w:r>
          </w:p>
        </w:tc>
        <w:tc>
          <w:tcPr>
            <w:tcW w:w="1134" w:type="dxa"/>
            <w:vAlign w:val="center"/>
          </w:tcPr>
          <w:p w14:paraId="36828CB6" w14:textId="77777777" w:rsidR="00717B41" w:rsidRDefault="00717B41" w:rsidP="00717B41">
            <w:pPr>
              <w:spacing w:line="252" w:lineRule="auto"/>
              <w:jc w:val="center"/>
              <w:rPr>
                <w:rFonts w:ascii="微軟正黑體" w:eastAsia="微軟正黑體" w:hAnsi="微軟正黑體"/>
                <w:color w:val="333333"/>
                <w:sz w:val="17"/>
                <w:lang w:eastAsia="zh-TW"/>
              </w:rPr>
            </w:pPr>
          </w:p>
        </w:tc>
      </w:tr>
      <w:tr w:rsidR="00717B41" w:rsidRPr="00810501" w14:paraId="68F92EA2" w14:textId="495CE4E1" w:rsidTr="00717B41">
        <w:trPr>
          <w:cantSplit/>
          <w:jc w:val="center"/>
        </w:trPr>
        <w:tc>
          <w:tcPr>
            <w:tcW w:w="1713" w:type="dxa"/>
            <w:vMerge/>
            <w:shd w:val="clear" w:color="auto" w:fill="E4DFEC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C011167" w14:textId="77777777" w:rsidR="00717B41" w:rsidRPr="00810501" w:rsidRDefault="00717B41" w:rsidP="00717B41">
            <w:pPr>
              <w:jc w:val="both"/>
              <w:rPr>
                <w:rFonts w:ascii="微軟正黑體" w:eastAsia="微軟正黑體" w:hAnsi="微軟正黑體"/>
                <w:lang w:eastAsia="zh-TW"/>
              </w:rPr>
            </w:pPr>
          </w:p>
        </w:tc>
        <w:tc>
          <w:tcPr>
            <w:tcW w:w="212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0057D26" w14:textId="77777777" w:rsidR="00717B41" w:rsidRPr="00810501" w:rsidRDefault="00717B41" w:rsidP="00717B41">
            <w:pPr>
              <w:spacing w:line="252" w:lineRule="auto"/>
              <w:jc w:val="both"/>
              <w:rPr>
                <w:rFonts w:ascii="微軟正黑體" w:eastAsia="微軟正黑體" w:hAnsi="微軟正黑體"/>
              </w:rPr>
            </w:pPr>
            <w:proofErr w:type="spellStart"/>
            <w:r w:rsidRPr="00810501">
              <w:rPr>
                <w:rFonts w:ascii="微軟正黑體" w:eastAsia="微軟正黑體" w:hAnsi="微軟正黑體"/>
                <w:b/>
                <w:color w:val="1F1F1F"/>
                <w:sz w:val="18"/>
              </w:rPr>
              <w:t>其他功能性委員會</w:t>
            </w:r>
            <w:proofErr w:type="spellEnd"/>
          </w:p>
        </w:tc>
        <w:tc>
          <w:tcPr>
            <w:tcW w:w="6803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D9F07C0" w14:textId="77777777" w:rsidR="00717B41" w:rsidRPr="00810501" w:rsidRDefault="00717B41" w:rsidP="00717B41">
            <w:pPr>
              <w:spacing w:line="252" w:lineRule="auto"/>
              <w:jc w:val="both"/>
              <w:rPr>
                <w:rFonts w:ascii="微軟正黑體" w:eastAsia="微軟正黑體" w:hAnsi="微軟正黑體"/>
                <w:lang w:eastAsia="zh-TW"/>
              </w:rPr>
            </w:pPr>
            <w:r w:rsidRPr="00810501">
              <w:rPr>
                <w:rFonts w:ascii="微軟正黑體" w:eastAsia="微軟正黑體" w:hAnsi="微軟正黑體"/>
                <w:color w:val="333333"/>
                <w:sz w:val="18"/>
                <w:lang w:eastAsia="zh-TW"/>
              </w:rPr>
              <w:t>提名、永續、風險管理等委員會成員、職責、任期及運作資訊。</w:t>
            </w:r>
          </w:p>
        </w:tc>
        <w:tc>
          <w:tcPr>
            <w:tcW w:w="3496" w:type="dxa"/>
            <w:vAlign w:val="center"/>
          </w:tcPr>
          <w:p w14:paraId="11575EDD" w14:textId="0157034A" w:rsidR="00717B41" w:rsidRPr="00810501" w:rsidRDefault="00717B41" w:rsidP="00717B41">
            <w:pPr>
              <w:spacing w:line="252" w:lineRule="auto"/>
              <w:jc w:val="both"/>
              <w:rPr>
                <w:rFonts w:ascii="微軟正黑體" w:eastAsia="微軟正黑體" w:hAnsi="微軟正黑體"/>
                <w:color w:val="333333"/>
                <w:sz w:val="18"/>
                <w:lang w:eastAsia="zh-TW"/>
              </w:rPr>
            </w:pPr>
            <w:r>
              <w:rPr>
                <w:rFonts w:ascii="微軟正黑體" w:eastAsia="微軟正黑體" w:hAnsi="微軟正黑體"/>
                <w:color w:val="333333"/>
                <w:sz w:val="17"/>
                <w:lang w:eastAsia="zh-TW"/>
              </w:rPr>
              <w:t>董事會秘書室／公司治理主管</w:t>
            </w:r>
          </w:p>
        </w:tc>
        <w:tc>
          <w:tcPr>
            <w:tcW w:w="1134" w:type="dxa"/>
            <w:vAlign w:val="center"/>
          </w:tcPr>
          <w:p w14:paraId="0BC55F83" w14:textId="77777777" w:rsidR="00717B41" w:rsidRDefault="00717B41" w:rsidP="00717B41">
            <w:pPr>
              <w:spacing w:line="252" w:lineRule="auto"/>
              <w:jc w:val="center"/>
              <w:rPr>
                <w:rFonts w:ascii="微軟正黑體" w:eastAsia="微軟正黑體" w:hAnsi="微軟正黑體"/>
                <w:color w:val="333333"/>
                <w:sz w:val="17"/>
                <w:lang w:eastAsia="zh-TW"/>
              </w:rPr>
            </w:pPr>
          </w:p>
        </w:tc>
      </w:tr>
      <w:tr w:rsidR="00717B41" w:rsidRPr="00810501" w14:paraId="6D11BEAC" w14:textId="2DEDDAEA" w:rsidTr="00717B41">
        <w:trPr>
          <w:cantSplit/>
          <w:jc w:val="center"/>
        </w:trPr>
        <w:tc>
          <w:tcPr>
            <w:tcW w:w="1713" w:type="dxa"/>
            <w:vMerge/>
            <w:shd w:val="clear" w:color="auto" w:fill="E4DFEC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68363D3" w14:textId="77777777" w:rsidR="00717B41" w:rsidRPr="00810501" w:rsidRDefault="00717B41" w:rsidP="00717B41">
            <w:pPr>
              <w:jc w:val="both"/>
              <w:rPr>
                <w:rFonts w:ascii="微軟正黑體" w:eastAsia="微軟正黑體" w:hAnsi="微軟正黑體"/>
                <w:lang w:eastAsia="zh-TW"/>
              </w:rPr>
            </w:pPr>
          </w:p>
        </w:tc>
        <w:tc>
          <w:tcPr>
            <w:tcW w:w="212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9994934" w14:textId="77777777" w:rsidR="00717B41" w:rsidRPr="00810501" w:rsidRDefault="00717B41" w:rsidP="00717B41">
            <w:pPr>
              <w:spacing w:line="252" w:lineRule="auto"/>
              <w:jc w:val="both"/>
              <w:rPr>
                <w:rFonts w:ascii="微軟正黑體" w:eastAsia="微軟正黑體" w:hAnsi="微軟正黑體"/>
              </w:rPr>
            </w:pPr>
            <w:proofErr w:type="spellStart"/>
            <w:r w:rsidRPr="00810501">
              <w:rPr>
                <w:rFonts w:ascii="微軟正黑體" w:eastAsia="微軟正黑體" w:hAnsi="微軟正黑體"/>
                <w:b/>
                <w:color w:val="1F1F1F"/>
                <w:sz w:val="18"/>
              </w:rPr>
              <w:t>內部稽核</w:t>
            </w:r>
            <w:proofErr w:type="spellEnd"/>
          </w:p>
        </w:tc>
        <w:tc>
          <w:tcPr>
            <w:tcW w:w="6803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89A2889" w14:textId="77777777" w:rsidR="00717B41" w:rsidRPr="00810501" w:rsidRDefault="00717B41" w:rsidP="00717B41">
            <w:pPr>
              <w:spacing w:line="252" w:lineRule="auto"/>
              <w:jc w:val="both"/>
              <w:rPr>
                <w:rFonts w:ascii="微軟正黑體" w:eastAsia="微軟正黑體" w:hAnsi="微軟正黑體"/>
                <w:lang w:eastAsia="zh-TW"/>
              </w:rPr>
            </w:pPr>
            <w:r w:rsidRPr="00810501">
              <w:rPr>
                <w:rFonts w:ascii="微軟正黑體" w:eastAsia="微軟正黑體" w:hAnsi="微軟正黑體"/>
                <w:color w:val="333333"/>
                <w:sz w:val="18"/>
                <w:lang w:eastAsia="zh-TW"/>
              </w:rPr>
              <w:t>稽核組織、職責、年度運作方式及與董事會或審計委員會的溝通機制。</w:t>
            </w:r>
          </w:p>
        </w:tc>
        <w:tc>
          <w:tcPr>
            <w:tcW w:w="3496" w:type="dxa"/>
            <w:vAlign w:val="center"/>
          </w:tcPr>
          <w:p w14:paraId="08BF7AE9" w14:textId="5F0D0394" w:rsidR="00717B41" w:rsidRPr="00810501" w:rsidRDefault="00717B41" w:rsidP="00717B41">
            <w:pPr>
              <w:spacing w:line="252" w:lineRule="auto"/>
              <w:jc w:val="both"/>
              <w:rPr>
                <w:rFonts w:ascii="微軟正黑體" w:eastAsia="微軟正黑體" w:hAnsi="微軟正黑體"/>
                <w:color w:val="333333"/>
                <w:sz w:val="18"/>
                <w:lang w:eastAsia="zh-TW"/>
              </w:rPr>
            </w:pPr>
            <w:r>
              <w:rPr>
                <w:rFonts w:ascii="微軟正黑體" w:eastAsia="微軟正黑體" w:hAnsi="微軟正黑體"/>
                <w:color w:val="333333"/>
                <w:sz w:val="17"/>
                <w:lang w:eastAsia="zh-TW"/>
              </w:rPr>
              <w:t>稽核室／內部稽核主管</w:t>
            </w:r>
          </w:p>
        </w:tc>
        <w:tc>
          <w:tcPr>
            <w:tcW w:w="1134" w:type="dxa"/>
            <w:vAlign w:val="center"/>
          </w:tcPr>
          <w:p w14:paraId="18F410F0" w14:textId="77777777" w:rsidR="00717B41" w:rsidRDefault="00717B41" w:rsidP="00717B41">
            <w:pPr>
              <w:spacing w:line="252" w:lineRule="auto"/>
              <w:jc w:val="center"/>
              <w:rPr>
                <w:rFonts w:ascii="微軟正黑體" w:eastAsia="微軟正黑體" w:hAnsi="微軟正黑體"/>
                <w:color w:val="333333"/>
                <w:sz w:val="17"/>
                <w:lang w:eastAsia="zh-TW"/>
              </w:rPr>
            </w:pPr>
          </w:p>
        </w:tc>
      </w:tr>
      <w:tr w:rsidR="00717B41" w:rsidRPr="00810501" w14:paraId="1AB62684" w14:textId="663A7711" w:rsidTr="00717B41">
        <w:trPr>
          <w:cantSplit/>
          <w:jc w:val="center"/>
        </w:trPr>
        <w:tc>
          <w:tcPr>
            <w:tcW w:w="1713" w:type="dxa"/>
            <w:vMerge/>
            <w:shd w:val="clear" w:color="auto" w:fill="E4DFEC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CCCC172" w14:textId="77777777" w:rsidR="00717B41" w:rsidRPr="00810501" w:rsidRDefault="00717B41" w:rsidP="00717B41">
            <w:pPr>
              <w:jc w:val="both"/>
              <w:rPr>
                <w:rFonts w:ascii="微軟正黑體" w:eastAsia="微軟正黑體" w:hAnsi="微軟正黑體"/>
                <w:lang w:eastAsia="zh-TW"/>
              </w:rPr>
            </w:pPr>
          </w:p>
        </w:tc>
        <w:tc>
          <w:tcPr>
            <w:tcW w:w="212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6262116" w14:textId="0A6EF427" w:rsidR="00717B41" w:rsidRPr="00810501" w:rsidRDefault="00717B41" w:rsidP="00717B41">
            <w:pPr>
              <w:spacing w:line="252" w:lineRule="auto"/>
              <w:jc w:val="both"/>
              <w:rPr>
                <w:rFonts w:ascii="微軟正黑體" w:eastAsia="微軟正黑體" w:hAnsi="微軟正黑體"/>
                <w:lang w:eastAsia="zh-TW"/>
              </w:rPr>
            </w:pPr>
            <w:proofErr w:type="spellStart"/>
            <w:r w:rsidRPr="00810501">
              <w:rPr>
                <w:rFonts w:ascii="微軟正黑體" w:eastAsia="微軟正黑體" w:hAnsi="微軟正黑體"/>
                <w:b/>
                <w:color w:val="1F1F1F"/>
                <w:sz w:val="18"/>
              </w:rPr>
              <w:t>公司</w:t>
            </w:r>
            <w:proofErr w:type="spellEnd"/>
            <w:r>
              <w:rPr>
                <w:rFonts w:ascii="微軟正黑體" w:eastAsia="微軟正黑體" w:hAnsi="微軟正黑體" w:hint="eastAsia"/>
                <w:b/>
                <w:color w:val="1F1F1F"/>
                <w:sz w:val="18"/>
                <w:lang w:eastAsia="zh-TW"/>
              </w:rPr>
              <w:t>內部規章</w:t>
            </w:r>
          </w:p>
        </w:tc>
        <w:tc>
          <w:tcPr>
            <w:tcW w:w="6803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FD00754" w14:textId="3C86CD73" w:rsidR="00717B41" w:rsidRPr="00810501" w:rsidRDefault="00717B41" w:rsidP="00717B41">
            <w:pPr>
              <w:spacing w:line="252" w:lineRule="auto"/>
              <w:jc w:val="both"/>
              <w:rPr>
                <w:rFonts w:ascii="微軟正黑體" w:eastAsia="微軟正黑體" w:hAnsi="微軟正黑體"/>
                <w:lang w:eastAsia="zh-TW"/>
              </w:rPr>
            </w:pPr>
            <w:r w:rsidRPr="00810501">
              <w:rPr>
                <w:rFonts w:ascii="微軟正黑體" w:eastAsia="微軟正黑體" w:hAnsi="微軟正黑體"/>
                <w:color w:val="333333"/>
                <w:sz w:val="18"/>
                <w:lang w:eastAsia="zh-TW"/>
              </w:rPr>
              <w:t>公司治理守則、董事會議事規範、各委員會組織規程及相關治理辦法。</w:t>
            </w:r>
          </w:p>
        </w:tc>
        <w:tc>
          <w:tcPr>
            <w:tcW w:w="3496" w:type="dxa"/>
            <w:vAlign w:val="center"/>
          </w:tcPr>
          <w:p w14:paraId="4F431B09" w14:textId="0225DD51" w:rsidR="00717B41" w:rsidRPr="00810501" w:rsidRDefault="00717B41" w:rsidP="00717B41">
            <w:pPr>
              <w:spacing w:line="252" w:lineRule="auto"/>
              <w:jc w:val="both"/>
              <w:rPr>
                <w:rFonts w:ascii="微軟正黑體" w:eastAsia="微軟正黑體" w:hAnsi="微軟正黑體"/>
                <w:color w:val="333333"/>
                <w:sz w:val="18"/>
                <w:lang w:eastAsia="zh-TW"/>
              </w:rPr>
            </w:pPr>
            <w:r>
              <w:rPr>
                <w:rFonts w:ascii="微軟正黑體" w:eastAsia="微軟正黑體" w:hAnsi="微軟正黑體"/>
                <w:color w:val="333333"/>
                <w:sz w:val="17"/>
                <w:lang w:eastAsia="zh-TW"/>
              </w:rPr>
              <w:t>法務部／公司治理主管</w:t>
            </w:r>
          </w:p>
        </w:tc>
        <w:tc>
          <w:tcPr>
            <w:tcW w:w="1134" w:type="dxa"/>
            <w:vAlign w:val="center"/>
          </w:tcPr>
          <w:p w14:paraId="6BF6A3A3" w14:textId="77777777" w:rsidR="00717B41" w:rsidRDefault="00717B41" w:rsidP="00717B41">
            <w:pPr>
              <w:spacing w:line="252" w:lineRule="auto"/>
              <w:jc w:val="center"/>
              <w:rPr>
                <w:rFonts w:ascii="微軟正黑體" w:eastAsia="微軟正黑體" w:hAnsi="微軟正黑體"/>
                <w:color w:val="333333"/>
                <w:sz w:val="17"/>
                <w:lang w:eastAsia="zh-TW"/>
              </w:rPr>
            </w:pPr>
          </w:p>
        </w:tc>
      </w:tr>
      <w:tr w:rsidR="00717B41" w:rsidRPr="00810501" w14:paraId="73B459F0" w14:textId="6FF08399" w:rsidTr="00717B41">
        <w:trPr>
          <w:cantSplit/>
          <w:jc w:val="center"/>
        </w:trPr>
        <w:tc>
          <w:tcPr>
            <w:tcW w:w="1713" w:type="dxa"/>
            <w:vMerge/>
            <w:shd w:val="clear" w:color="auto" w:fill="E4DFEC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20FFC1A" w14:textId="77777777" w:rsidR="00717B41" w:rsidRPr="00810501" w:rsidRDefault="00717B41" w:rsidP="00717B41">
            <w:pPr>
              <w:jc w:val="both"/>
              <w:rPr>
                <w:rFonts w:ascii="微軟正黑體" w:eastAsia="微軟正黑體" w:hAnsi="微軟正黑體"/>
                <w:lang w:eastAsia="zh-TW"/>
              </w:rPr>
            </w:pPr>
          </w:p>
        </w:tc>
        <w:tc>
          <w:tcPr>
            <w:tcW w:w="212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A472931" w14:textId="57FBB974" w:rsidR="00717B41" w:rsidRPr="00810501" w:rsidRDefault="00717B41" w:rsidP="00717B41">
            <w:pPr>
              <w:spacing w:line="252" w:lineRule="auto"/>
              <w:jc w:val="both"/>
              <w:rPr>
                <w:rFonts w:ascii="微軟正黑體" w:eastAsia="微軟正黑體" w:hAnsi="微軟正黑體"/>
                <w:b/>
                <w:color w:val="1F1F1F"/>
                <w:sz w:val="18"/>
              </w:rPr>
            </w:pPr>
            <w:proofErr w:type="spellStart"/>
            <w:r w:rsidRPr="00810501">
              <w:rPr>
                <w:rFonts w:ascii="微軟正黑體" w:eastAsia="微軟正黑體" w:hAnsi="微軟正黑體"/>
                <w:b/>
                <w:color w:val="1F1F1F"/>
                <w:sz w:val="18"/>
              </w:rPr>
              <w:t>誠信經營政策</w:t>
            </w:r>
            <w:proofErr w:type="spellEnd"/>
          </w:p>
        </w:tc>
        <w:tc>
          <w:tcPr>
            <w:tcW w:w="6803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7041C08" w14:textId="6F0683EF" w:rsidR="00717B41" w:rsidRPr="00810501" w:rsidRDefault="00717B41" w:rsidP="00717B41">
            <w:pPr>
              <w:spacing w:line="252" w:lineRule="auto"/>
              <w:jc w:val="both"/>
              <w:rPr>
                <w:rFonts w:ascii="微軟正黑體" w:eastAsia="微軟正黑體" w:hAnsi="微軟正黑體"/>
                <w:color w:val="333333"/>
                <w:sz w:val="18"/>
                <w:lang w:eastAsia="zh-TW"/>
              </w:rPr>
            </w:pPr>
            <w:r w:rsidRPr="00810501">
              <w:rPr>
                <w:rFonts w:ascii="微軟正黑體" w:eastAsia="微軟正黑體" w:hAnsi="微軟正黑體"/>
                <w:color w:val="333333"/>
                <w:sz w:val="18"/>
                <w:lang w:eastAsia="zh-TW"/>
              </w:rPr>
              <w:t>誠信經營守則、禁止行為、防貪腐、反賄賂、利益衝突及接待餽贈原則。</w:t>
            </w:r>
          </w:p>
        </w:tc>
        <w:tc>
          <w:tcPr>
            <w:tcW w:w="3496" w:type="dxa"/>
            <w:vAlign w:val="center"/>
          </w:tcPr>
          <w:p w14:paraId="7705F6DB" w14:textId="01A81F15" w:rsidR="00717B41" w:rsidRPr="00810501" w:rsidRDefault="00717B41" w:rsidP="00717B41">
            <w:pPr>
              <w:spacing w:line="252" w:lineRule="auto"/>
              <w:jc w:val="both"/>
              <w:rPr>
                <w:rFonts w:ascii="微軟正黑體" w:eastAsia="微軟正黑體" w:hAnsi="微軟正黑體"/>
                <w:color w:val="333333"/>
                <w:sz w:val="18"/>
                <w:lang w:eastAsia="zh-TW"/>
              </w:rPr>
            </w:pPr>
            <w:r>
              <w:rPr>
                <w:rFonts w:ascii="微軟正黑體" w:eastAsia="微軟正黑體" w:hAnsi="微軟正黑體"/>
                <w:color w:val="333333"/>
                <w:sz w:val="17"/>
                <w:lang w:eastAsia="zh-TW"/>
              </w:rPr>
              <w:t>法務部／公司治理主管</w:t>
            </w:r>
          </w:p>
        </w:tc>
        <w:tc>
          <w:tcPr>
            <w:tcW w:w="1134" w:type="dxa"/>
            <w:vAlign w:val="center"/>
          </w:tcPr>
          <w:p w14:paraId="78F56742" w14:textId="77777777" w:rsidR="00717B41" w:rsidRDefault="00717B41" w:rsidP="00717B41">
            <w:pPr>
              <w:spacing w:line="252" w:lineRule="auto"/>
              <w:jc w:val="center"/>
              <w:rPr>
                <w:rFonts w:ascii="微軟正黑體" w:eastAsia="微軟正黑體" w:hAnsi="微軟正黑體"/>
                <w:color w:val="333333"/>
                <w:sz w:val="17"/>
                <w:lang w:eastAsia="zh-TW"/>
              </w:rPr>
            </w:pPr>
          </w:p>
        </w:tc>
      </w:tr>
      <w:tr w:rsidR="00717B41" w:rsidRPr="00810501" w14:paraId="65DF3664" w14:textId="798757B8" w:rsidTr="00717B41">
        <w:trPr>
          <w:cantSplit/>
          <w:jc w:val="center"/>
        </w:trPr>
        <w:tc>
          <w:tcPr>
            <w:tcW w:w="1713" w:type="dxa"/>
            <w:vMerge/>
            <w:shd w:val="clear" w:color="auto" w:fill="E4DFEC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8EB2FEA" w14:textId="77777777" w:rsidR="00717B41" w:rsidRPr="00810501" w:rsidRDefault="00717B41" w:rsidP="00717B41">
            <w:pPr>
              <w:jc w:val="both"/>
              <w:rPr>
                <w:rFonts w:ascii="微軟正黑體" w:eastAsia="微軟正黑體" w:hAnsi="微軟正黑體"/>
                <w:lang w:eastAsia="zh-TW"/>
              </w:rPr>
            </w:pPr>
          </w:p>
        </w:tc>
        <w:tc>
          <w:tcPr>
            <w:tcW w:w="212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19A1B39" w14:textId="68005E22" w:rsidR="00717B41" w:rsidRPr="00810501" w:rsidRDefault="00717B41" w:rsidP="00717B41">
            <w:pPr>
              <w:spacing w:line="252" w:lineRule="auto"/>
              <w:jc w:val="both"/>
              <w:rPr>
                <w:rFonts w:ascii="微軟正黑體" w:eastAsia="微軟正黑體" w:hAnsi="微軟正黑體"/>
                <w:b/>
                <w:color w:val="1F1F1F"/>
                <w:sz w:val="18"/>
              </w:rPr>
            </w:pPr>
            <w:proofErr w:type="spellStart"/>
            <w:r w:rsidRPr="00810501">
              <w:rPr>
                <w:rFonts w:ascii="微軟正黑體" w:eastAsia="微軟正黑體" w:hAnsi="微軟正黑體"/>
                <w:b/>
                <w:color w:val="1F1F1F"/>
                <w:sz w:val="18"/>
              </w:rPr>
              <w:t>風險管理政策</w:t>
            </w:r>
            <w:proofErr w:type="spellEnd"/>
          </w:p>
        </w:tc>
        <w:tc>
          <w:tcPr>
            <w:tcW w:w="6803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0130CCF" w14:textId="7128375C" w:rsidR="00717B41" w:rsidRPr="00810501" w:rsidRDefault="00717B41" w:rsidP="00717B41">
            <w:pPr>
              <w:spacing w:line="252" w:lineRule="auto"/>
              <w:jc w:val="both"/>
              <w:rPr>
                <w:rFonts w:ascii="微軟正黑體" w:eastAsia="微軟正黑體" w:hAnsi="微軟正黑體"/>
                <w:color w:val="333333"/>
                <w:sz w:val="18"/>
                <w:lang w:eastAsia="zh-TW"/>
              </w:rPr>
            </w:pPr>
            <w:r w:rsidRPr="00810501">
              <w:rPr>
                <w:rFonts w:ascii="微軟正黑體" w:eastAsia="微軟正黑體" w:hAnsi="微軟正黑體"/>
                <w:color w:val="333333"/>
                <w:sz w:val="18"/>
                <w:lang w:eastAsia="zh-TW"/>
              </w:rPr>
              <w:t>風險管理政策、治理架構、權責單位、管理流程及董事會監督方式。</w:t>
            </w:r>
          </w:p>
        </w:tc>
        <w:tc>
          <w:tcPr>
            <w:tcW w:w="3496" w:type="dxa"/>
            <w:vAlign w:val="center"/>
          </w:tcPr>
          <w:p w14:paraId="2D35112C" w14:textId="29BD1F83" w:rsidR="00717B41" w:rsidRPr="00810501" w:rsidRDefault="00717B41" w:rsidP="00717B41">
            <w:pPr>
              <w:spacing w:line="252" w:lineRule="auto"/>
              <w:jc w:val="both"/>
              <w:rPr>
                <w:rFonts w:ascii="微軟正黑體" w:eastAsia="微軟正黑體" w:hAnsi="微軟正黑體"/>
                <w:color w:val="333333"/>
                <w:sz w:val="18"/>
                <w:lang w:eastAsia="zh-TW"/>
              </w:rPr>
            </w:pPr>
            <w:r>
              <w:rPr>
                <w:rFonts w:ascii="微軟正黑體" w:eastAsia="微軟正黑體" w:hAnsi="微軟正黑體"/>
                <w:color w:val="333333"/>
                <w:sz w:val="17"/>
                <w:lang w:eastAsia="zh-TW"/>
              </w:rPr>
              <w:t>稽核室／法務部／各風險權責單位</w:t>
            </w:r>
          </w:p>
        </w:tc>
        <w:tc>
          <w:tcPr>
            <w:tcW w:w="1134" w:type="dxa"/>
            <w:vAlign w:val="center"/>
          </w:tcPr>
          <w:p w14:paraId="583D1AB7" w14:textId="77777777" w:rsidR="00717B41" w:rsidRDefault="00717B41" w:rsidP="00717B41">
            <w:pPr>
              <w:spacing w:line="252" w:lineRule="auto"/>
              <w:jc w:val="center"/>
              <w:rPr>
                <w:rFonts w:ascii="微軟正黑體" w:eastAsia="微軟正黑體" w:hAnsi="微軟正黑體"/>
                <w:color w:val="333333"/>
                <w:sz w:val="17"/>
                <w:lang w:eastAsia="zh-TW"/>
              </w:rPr>
            </w:pPr>
          </w:p>
        </w:tc>
      </w:tr>
      <w:tr w:rsidR="00717B41" w:rsidRPr="00810501" w14:paraId="57A05EFC" w14:textId="3B36B579" w:rsidTr="00717B41">
        <w:trPr>
          <w:cantSplit/>
          <w:jc w:val="center"/>
        </w:trPr>
        <w:tc>
          <w:tcPr>
            <w:tcW w:w="1713" w:type="dxa"/>
            <w:vMerge/>
            <w:shd w:val="clear" w:color="auto" w:fill="E4DFEC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F368853" w14:textId="77777777" w:rsidR="00717B41" w:rsidRPr="00810501" w:rsidRDefault="00717B41" w:rsidP="00717B41">
            <w:pPr>
              <w:jc w:val="both"/>
              <w:rPr>
                <w:rFonts w:ascii="微軟正黑體" w:eastAsia="微軟正黑體" w:hAnsi="微軟正黑體"/>
                <w:lang w:eastAsia="zh-TW"/>
              </w:rPr>
            </w:pPr>
          </w:p>
        </w:tc>
        <w:tc>
          <w:tcPr>
            <w:tcW w:w="212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A18A482" w14:textId="2EE0ABAD" w:rsidR="00717B41" w:rsidRPr="00810501" w:rsidRDefault="00717B41" w:rsidP="00717B41">
            <w:pPr>
              <w:spacing w:line="252" w:lineRule="auto"/>
              <w:jc w:val="both"/>
              <w:rPr>
                <w:rFonts w:ascii="微軟正黑體" w:eastAsia="微軟正黑體" w:hAnsi="微軟正黑體"/>
                <w:b/>
                <w:color w:val="1F1F1F"/>
                <w:sz w:val="18"/>
              </w:rPr>
            </w:pPr>
            <w:proofErr w:type="spellStart"/>
            <w:r w:rsidRPr="00810501">
              <w:rPr>
                <w:rFonts w:ascii="微軟正黑體" w:eastAsia="微軟正黑體" w:hAnsi="微軟正黑體"/>
                <w:b/>
                <w:color w:val="1F1F1F"/>
                <w:sz w:val="18"/>
              </w:rPr>
              <w:t>資訊安全政策</w:t>
            </w:r>
            <w:proofErr w:type="spellEnd"/>
          </w:p>
        </w:tc>
        <w:tc>
          <w:tcPr>
            <w:tcW w:w="6803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E6BC63A" w14:textId="7C26CB02" w:rsidR="00717B41" w:rsidRPr="00810501" w:rsidRDefault="00717B41" w:rsidP="00717B41">
            <w:pPr>
              <w:spacing w:line="252" w:lineRule="auto"/>
              <w:jc w:val="both"/>
              <w:rPr>
                <w:rFonts w:ascii="微軟正黑體" w:eastAsia="微軟正黑體" w:hAnsi="微軟正黑體"/>
                <w:color w:val="333333"/>
                <w:sz w:val="18"/>
                <w:lang w:eastAsia="zh-TW"/>
              </w:rPr>
            </w:pPr>
            <w:r w:rsidRPr="00810501">
              <w:rPr>
                <w:rFonts w:ascii="微軟正黑體" w:eastAsia="微軟正黑體" w:hAnsi="微軟正黑體"/>
                <w:color w:val="333333"/>
                <w:sz w:val="18"/>
                <w:lang w:eastAsia="zh-TW"/>
              </w:rPr>
              <w:t>資訊安全政策、管理制度、教育訓練、弱點管理、事件應變及稽核機制。</w:t>
            </w:r>
          </w:p>
        </w:tc>
        <w:tc>
          <w:tcPr>
            <w:tcW w:w="3496" w:type="dxa"/>
            <w:vAlign w:val="center"/>
          </w:tcPr>
          <w:p w14:paraId="2E67FFC4" w14:textId="4E463746" w:rsidR="00717B41" w:rsidRPr="00810501" w:rsidRDefault="00717B41" w:rsidP="00717B41">
            <w:pPr>
              <w:spacing w:line="252" w:lineRule="auto"/>
              <w:jc w:val="both"/>
              <w:rPr>
                <w:rFonts w:ascii="微軟正黑體" w:eastAsia="微軟正黑體" w:hAnsi="微軟正黑體"/>
                <w:color w:val="333333"/>
                <w:sz w:val="18"/>
                <w:lang w:eastAsia="zh-TW"/>
              </w:rPr>
            </w:pPr>
            <w:r>
              <w:rPr>
                <w:rFonts w:ascii="微軟正黑體" w:eastAsia="微軟正黑體" w:hAnsi="微軟正黑體"/>
                <w:color w:val="333333"/>
                <w:sz w:val="17"/>
                <w:lang w:eastAsia="zh-TW"/>
              </w:rPr>
              <w:t>資訊部</w:t>
            </w:r>
          </w:p>
        </w:tc>
        <w:tc>
          <w:tcPr>
            <w:tcW w:w="1134" w:type="dxa"/>
            <w:vAlign w:val="center"/>
          </w:tcPr>
          <w:p w14:paraId="3CDCB860" w14:textId="77777777" w:rsidR="00717B41" w:rsidRDefault="00717B41" w:rsidP="00717B41">
            <w:pPr>
              <w:spacing w:line="252" w:lineRule="auto"/>
              <w:jc w:val="center"/>
              <w:rPr>
                <w:rFonts w:ascii="微軟正黑體" w:eastAsia="微軟正黑體" w:hAnsi="微軟正黑體"/>
                <w:color w:val="333333"/>
                <w:sz w:val="17"/>
                <w:lang w:eastAsia="zh-TW"/>
              </w:rPr>
            </w:pPr>
          </w:p>
        </w:tc>
      </w:tr>
      <w:tr w:rsidR="00717B41" w:rsidRPr="00810501" w14:paraId="2F39AE40" w14:textId="7A9A1768" w:rsidTr="00717B41">
        <w:trPr>
          <w:cantSplit/>
          <w:jc w:val="center"/>
        </w:trPr>
        <w:tc>
          <w:tcPr>
            <w:tcW w:w="1713" w:type="dxa"/>
            <w:vMerge/>
            <w:shd w:val="clear" w:color="auto" w:fill="E4DFEC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E68C110" w14:textId="77777777" w:rsidR="00717B41" w:rsidRPr="00810501" w:rsidRDefault="00717B41" w:rsidP="00717B41">
            <w:pPr>
              <w:jc w:val="both"/>
              <w:rPr>
                <w:rFonts w:ascii="微軟正黑體" w:eastAsia="微軟正黑體" w:hAnsi="微軟正黑體"/>
                <w:lang w:eastAsia="zh-TW"/>
              </w:rPr>
            </w:pPr>
          </w:p>
        </w:tc>
        <w:tc>
          <w:tcPr>
            <w:tcW w:w="212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3C362A5" w14:textId="774710A5" w:rsidR="00717B41" w:rsidRPr="00810501" w:rsidRDefault="00717B41" w:rsidP="00717B41">
            <w:pPr>
              <w:spacing w:line="252" w:lineRule="auto"/>
              <w:jc w:val="both"/>
              <w:rPr>
                <w:rFonts w:ascii="微軟正黑體" w:eastAsia="微軟正黑體" w:hAnsi="微軟正黑體"/>
                <w:b/>
                <w:color w:val="1F1F1F"/>
                <w:sz w:val="18"/>
              </w:rPr>
            </w:pPr>
            <w:proofErr w:type="spellStart"/>
            <w:r w:rsidRPr="00810501">
              <w:rPr>
                <w:rFonts w:ascii="微軟正黑體" w:eastAsia="微軟正黑體" w:hAnsi="微軟正黑體"/>
                <w:b/>
                <w:color w:val="1F1F1F"/>
                <w:sz w:val="18"/>
              </w:rPr>
              <w:t>檢舉管道</w:t>
            </w:r>
            <w:proofErr w:type="spellEnd"/>
          </w:p>
        </w:tc>
        <w:tc>
          <w:tcPr>
            <w:tcW w:w="6803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9AC39FF" w14:textId="7C569322" w:rsidR="00717B41" w:rsidRPr="00810501" w:rsidRDefault="00717B41" w:rsidP="00717B41">
            <w:pPr>
              <w:spacing w:line="252" w:lineRule="auto"/>
              <w:jc w:val="both"/>
              <w:rPr>
                <w:rFonts w:ascii="微軟正黑體" w:eastAsia="微軟正黑體" w:hAnsi="微軟正黑體"/>
                <w:color w:val="333333"/>
                <w:sz w:val="18"/>
                <w:lang w:eastAsia="zh-TW"/>
              </w:rPr>
            </w:pPr>
            <w:r w:rsidRPr="00810501">
              <w:rPr>
                <w:rFonts w:ascii="微軟正黑體" w:eastAsia="微軟正黑體" w:hAnsi="微軟正黑體"/>
                <w:color w:val="333333"/>
                <w:sz w:val="18"/>
                <w:lang w:eastAsia="zh-TW"/>
              </w:rPr>
              <w:t>檢舉信箱、電話、郵寄地址、線上表單及受理單位。</w:t>
            </w:r>
          </w:p>
        </w:tc>
        <w:tc>
          <w:tcPr>
            <w:tcW w:w="3496" w:type="dxa"/>
            <w:vAlign w:val="center"/>
          </w:tcPr>
          <w:p w14:paraId="34CB4EEC" w14:textId="76C359FC" w:rsidR="00717B41" w:rsidRPr="00810501" w:rsidRDefault="00717B41" w:rsidP="00717B41">
            <w:pPr>
              <w:spacing w:line="252" w:lineRule="auto"/>
              <w:jc w:val="both"/>
              <w:rPr>
                <w:rFonts w:ascii="微軟正黑體" w:eastAsia="微軟正黑體" w:hAnsi="微軟正黑體"/>
                <w:color w:val="333333"/>
                <w:sz w:val="18"/>
                <w:lang w:eastAsia="zh-TW"/>
              </w:rPr>
            </w:pPr>
            <w:r>
              <w:rPr>
                <w:rFonts w:ascii="微軟正黑體" w:eastAsia="微軟正黑體" w:hAnsi="微軟正黑體"/>
                <w:color w:val="333333"/>
                <w:sz w:val="17"/>
                <w:lang w:eastAsia="zh-TW"/>
              </w:rPr>
              <w:t>稽核室／法務部／人力資源部</w:t>
            </w:r>
          </w:p>
        </w:tc>
        <w:tc>
          <w:tcPr>
            <w:tcW w:w="1134" w:type="dxa"/>
            <w:vAlign w:val="center"/>
          </w:tcPr>
          <w:p w14:paraId="0480FD80" w14:textId="77777777" w:rsidR="00717B41" w:rsidRDefault="00717B41" w:rsidP="00717B41">
            <w:pPr>
              <w:spacing w:line="252" w:lineRule="auto"/>
              <w:jc w:val="center"/>
              <w:rPr>
                <w:rFonts w:ascii="微軟正黑體" w:eastAsia="微軟正黑體" w:hAnsi="微軟正黑體"/>
                <w:color w:val="333333"/>
                <w:sz w:val="17"/>
                <w:lang w:eastAsia="zh-TW"/>
              </w:rPr>
            </w:pPr>
          </w:p>
        </w:tc>
      </w:tr>
      <w:tr w:rsidR="00717B41" w:rsidRPr="00810501" w14:paraId="426DD0E9" w14:textId="6389CFC5" w:rsidTr="00717B41">
        <w:trPr>
          <w:cantSplit/>
          <w:jc w:val="center"/>
        </w:trPr>
        <w:tc>
          <w:tcPr>
            <w:tcW w:w="1713" w:type="dxa"/>
            <w:vMerge/>
            <w:shd w:val="clear" w:color="auto" w:fill="E4DFEC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2DE9315" w14:textId="77777777" w:rsidR="00717B41" w:rsidRPr="00810501" w:rsidRDefault="00717B41" w:rsidP="00717B41">
            <w:pPr>
              <w:jc w:val="both"/>
              <w:rPr>
                <w:rFonts w:ascii="微軟正黑體" w:eastAsia="微軟正黑體" w:hAnsi="微軟正黑體"/>
                <w:lang w:eastAsia="zh-TW"/>
              </w:rPr>
            </w:pPr>
          </w:p>
        </w:tc>
        <w:tc>
          <w:tcPr>
            <w:tcW w:w="212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FBD718F" w14:textId="20576FAC" w:rsidR="00717B41" w:rsidRPr="00810501" w:rsidRDefault="00717B41" w:rsidP="00717B41">
            <w:pPr>
              <w:spacing w:line="252" w:lineRule="auto"/>
              <w:jc w:val="both"/>
              <w:rPr>
                <w:rFonts w:ascii="微軟正黑體" w:eastAsia="微軟正黑體" w:hAnsi="微軟正黑體"/>
                <w:b/>
                <w:color w:val="1F1F1F"/>
                <w:sz w:val="18"/>
              </w:rPr>
            </w:pPr>
            <w:proofErr w:type="spellStart"/>
            <w:r w:rsidRPr="00810501">
              <w:rPr>
                <w:rFonts w:ascii="微軟正黑體" w:eastAsia="微軟正黑體" w:hAnsi="微軟正黑體"/>
                <w:b/>
                <w:color w:val="1F1F1F"/>
                <w:sz w:val="18"/>
              </w:rPr>
              <w:t>檢舉處理流程</w:t>
            </w:r>
            <w:proofErr w:type="spellEnd"/>
          </w:p>
        </w:tc>
        <w:tc>
          <w:tcPr>
            <w:tcW w:w="6803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1BA4820" w14:textId="5563D7C0" w:rsidR="00717B41" w:rsidRPr="00810501" w:rsidRDefault="00717B41" w:rsidP="00717B41">
            <w:pPr>
              <w:spacing w:line="252" w:lineRule="auto"/>
              <w:jc w:val="both"/>
              <w:rPr>
                <w:rFonts w:ascii="微軟正黑體" w:eastAsia="微軟正黑體" w:hAnsi="微軟正黑體"/>
                <w:color w:val="333333"/>
                <w:sz w:val="18"/>
                <w:lang w:eastAsia="zh-TW"/>
              </w:rPr>
            </w:pPr>
            <w:r w:rsidRPr="00810501">
              <w:rPr>
                <w:rFonts w:ascii="微軟正黑體" w:eastAsia="微軟正黑體" w:hAnsi="微軟正黑體"/>
                <w:color w:val="333333"/>
                <w:sz w:val="18"/>
                <w:lang w:eastAsia="zh-TW"/>
              </w:rPr>
              <w:t>受理、調查、迴避、回覆、結案、保存及董事會報告流程。</w:t>
            </w:r>
          </w:p>
        </w:tc>
        <w:tc>
          <w:tcPr>
            <w:tcW w:w="3496" w:type="dxa"/>
            <w:vAlign w:val="center"/>
          </w:tcPr>
          <w:p w14:paraId="5E32DE2C" w14:textId="3F60056B" w:rsidR="00717B41" w:rsidRPr="00810501" w:rsidRDefault="00717B41" w:rsidP="00717B41">
            <w:pPr>
              <w:spacing w:line="252" w:lineRule="auto"/>
              <w:jc w:val="both"/>
              <w:rPr>
                <w:rFonts w:ascii="微軟正黑體" w:eastAsia="微軟正黑體" w:hAnsi="微軟正黑體"/>
                <w:color w:val="333333"/>
                <w:sz w:val="18"/>
                <w:lang w:eastAsia="zh-TW"/>
              </w:rPr>
            </w:pPr>
            <w:r>
              <w:rPr>
                <w:rFonts w:ascii="微軟正黑體" w:eastAsia="微軟正黑體" w:hAnsi="微軟正黑體"/>
                <w:color w:val="333333"/>
                <w:sz w:val="17"/>
                <w:lang w:eastAsia="zh-TW"/>
              </w:rPr>
              <w:t>稽核室／法務部／人力資源部</w:t>
            </w:r>
          </w:p>
        </w:tc>
        <w:tc>
          <w:tcPr>
            <w:tcW w:w="1134" w:type="dxa"/>
            <w:vAlign w:val="center"/>
          </w:tcPr>
          <w:p w14:paraId="38F4A237" w14:textId="77777777" w:rsidR="00717B41" w:rsidRDefault="00717B41" w:rsidP="00717B41">
            <w:pPr>
              <w:spacing w:line="252" w:lineRule="auto"/>
              <w:jc w:val="center"/>
              <w:rPr>
                <w:rFonts w:ascii="微軟正黑體" w:eastAsia="微軟正黑體" w:hAnsi="微軟正黑體"/>
                <w:color w:val="333333"/>
                <w:sz w:val="17"/>
                <w:lang w:eastAsia="zh-TW"/>
              </w:rPr>
            </w:pPr>
          </w:p>
        </w:tc>
      </w:tr>
      <w:tr w:rsidR="00717B41" w:rsidRPr="00810501" w14:paraId="7BAAE8E0" w14:textId="1BFFF62B" w:rsidTr="00717B41">
        <w:trPr>
          <w:cantSplit/>
          <w:jc w:val="center"/>
        </w:trPr>
        <w:tc>
          <w:tcPr>
            <w:tcW w:w="1713" w:type="dxa"/>
            <w:vMerge w:val="restart"/>
            <w:shd w:val="clear" w:color="auto" w:fill="DDEB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14CEF9E" w14:textId="319AE99F" w:rsidR="00717B41" w:rsidRPr="00810501" w:rsidRDefault="00717B41" w:rsidP="00717B41">
            <w:pPr>
              <w:spacing w:line="252" w:lineRule="auto"/>
              <w:jc w:val="both"/>
              <w:rPr>
                <w:rFonts w:ascii="微軟正黑體" w:eastAsia="微軟正黑體" w:hAnsi="微軟正黑體"/>
              </w:rPr>
            </w:pPr>
            <w:r w:rsidRPr="00810501">
              <w:rPr>
                <w:rFonts w:ascii="微軟正黑體" w:eastAsia="微軟正黑體" w:hAnsi="微軟正黑體"/>
                <w:b/>
                <w:color w:val="1F1F1F"/>
                <w:sz w:val="19"/>
              </w:rPr>
              <w:t>六、</w:t>
            </w:r>
            <w:r>
              <w:rPr>
                <w:rFonts w:ascii="微軟正黑體" w:eastAsia="微軟正黑體" w:hAnsi="微軟正黑體" w:hint="eastAsia"/>
                <w:b/>
                <w:color w:val="1F1F1F"/>
                <w:sz w:val="19"/>
                <w:lang w:eastAsia="zh-TW"/>
              </w:rPr>
              <w:t>永續管理</w:t>
            </w:r>
            <w:r>
              <w:rPr>
                <w:rFonts w:ascii="微軟正黑體" w:eastAsia="微軟正黑體" w:hAnsi="微軟正黑體"/>
                <w:b/>
                <w:color w:val="1F1F1F"/>
                <w:sz w:val="19"/>
                <w:lang w:eastAsia="zh-TW"/>
              </w:rPr>
              <w:t>ESG</w:t>
            </w:r>
          </w:p>
        </w:tc>
        <w:tc>
          <w:tcPr>
            <w:tcW w:w="212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F913E11" w14:textId="77777777" w:rsidR="00717B41" w:rsidRPr="00810501" w:rsidRDefault="00717B41" w:rsidP="00717B41">
            <w:pPr>
              <w:spacing w:line="252" w:lineRule="auto"/>
              <w:jc w:val="both"/>
              <w:rPr>
                <w:rFonts w:ascii="微軟正黑體" w:eastAsia="微軟正黑體" w:hAnsi="微軟正黑體"/>
              </w:rPr>
            </w:pPr>
            <w:proofErr w:type="spellStart"/>
            <w:r w:rsidRPr="00810501">
              <w:rPr>
                <w:rFonts w:ascii="微軟正黑體" w:eastAsia="微軟正黑體" w:hAnsi="微軟正黑體"/>
                <w:b/>
                <w:color w:val="1F1F1F"/>
                <w:sz w:val="18"/>
              </w:rPr>
              <w:t>永續願景與策略</w:t>
            </w:r>
            <w:proofErr w:type="spellEnd"/>
          </w:p>
        </w:tc>
        <w:tc>
          <w:tcPr>
            <w:tcW w:w="6803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206D876" w14:textId="77777777" w:rsidR="00717B41" w:rsidRPr="00810501" w:rsidRDefault="00717B41" w:rsidP="00717B41">
            <w:pPr>
              <w:spacing w:line="252" w:lineRule="auto"/>
              <w:jc w:val="both"/>
              <w:rPr>
                <w:rFonts w:ascii="微軟正黑體" w:eastAsia="微軟正黑體" w:hAnsi="微軟正黑體"/>
                <w:lang w:eastAsia="zh-TW"/>
              </w:rPr>
            </w:pPr>
            <w:r w:rsidRPr="00810501">
              <w:rPr>
                <w:rFonts w:ascii="微軟正黑體" w:eastAsia="微軟正黑體" w:hAnsi="微軟正黑體"/>
                <w:color w:val="333333"/>
                <w:sz w:val="18"/>
                <w:lang w:eastAsia="zh-TW"/>
              </w:rPr>
              <w:t>永續理念、策略主軸、短中長期目標及年度推動重點。</w:t>
            </w:r>
          </w:p>
        </w:tc>
        <w:tc>
          <w:tcPr>
            <w:tcW w:w="3496" w:type="dxa"/>
            <w:vAlign w:val="center"/>
          </w:tcPr>
          <w:p w14:paraId="7D6AE232" w14:textId="472A0EB4" w:rsidR="00717B41" w:rsidRPr="00810501" w:rsidRDefault="00717B41" w:rsidP="00717B41">
            <w:pPr>
              <w:spacing w:line="252" w:lineRule="auto"/>
              <w:jc w:val="both"/>
              <w:rPr>
                <w:rFonts w:ascii="微軟正黑體" w:eastAsia="微軟正黑體" w:hAnsi="微軟正黑體"/>
                <w:color w:val="333333"/>
                <w:sz w:val="18"/>
                <w:lang w:eastAsia="zh-TW"/>
              </w:rPr>
            </w:pPr>
            <w:r>
              <w:rPr>
                <w:rFonts w:ascii="微軟正黑體" w:eastAsia="微軟正黑體" w:hAnsi="微軟正黑體"/>
                <w:color w:val="333333"/>
                <w:sz w:val="17"/>
                <w:lang w:eastAsia="zh-TW"/>
              </w:rPr>
              <w:t>永續</w:t>
            </w:r>
            <w:r>
              <w:rPr>
                <w:rFonts w:ascii="微軟正黑體" w:eastAsia="微軟正黑體" w:hAnsi="微軟正黑體" w:hint="eastAsia"/>
                <w:color w:val="333333"/>
                <w:sz w:val="17"/>
                <w:lang w:eastAsia="zh-TW"/>
              </w:rPr>
              <w:t>經營團隊</w:t>
            </w:r>
            <w:r>
              <w:rPr>
                <w:rFonts w:ascii="微軟正黑體" w:eastAsia="微軟正黑體" w:hAnsi="微軟正黑體"/>
                <w:color w:val="333333"/>
                <w:sz w:val="17"/>
                <w:lang w:eastAsia="zh-TW"/>
              </w:rPr>
              <w:t>／總經理室</w:t>
            </w:r>
          </w:p>
        </w:tc>
        <w:tc>
          <w:tcPr>
            <w:tcW w:w="1134" w:type="dxa"/>
            <w:vAlign w:val="center"/>
          </w:tcPr>
          <w:p w14:paraId="45938F76" w14:textId="77777777" w:rsidR="00717B41" w:rsidRDefault="00717B41" w:rsidP="00717B41">
            <w:pPr>
              <w:spacing w:line="252" w:lineRule="auto"/>
              <w:jc w:val="center"/>
              <w:rPr>
                <w:rFonts w:ascii="微軟正黑體" w:eastAsia="微軟正黑體" w:hAnsi="微軟正黑體"/>
                <w:color w:val="333333"/>
                <w:sz w:val="17"/>
                <w:lang w:eastAsia="zh-TW"/>
              </w:rPr>
            </w:pPr>
          </w:p>
        </w:tc>
      </w:tr>
      <w:tr w:rsidR="00717B41" w:rsidRPr="00810501" w14:paraId="118D2E21" w14:textId="48F3726A" w:rsidTr="00717B41">
        <w:trPr>
          <w:cantSplit/>
          <w:jc w:val="center"/>
        </w:trPr>
        <w:tc>
          <w:tcPr>
            <w:tcW w:w="1713" w:type="dxa"/>
            <w:vMerge/>
            <w:shd w:val="clear" w:color="auto" w:fill="DDEB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6B4DA8D" w14:textId="77777777" w:rsidR="00717B41" w:rsidRPr="00810501" w:rsidRDefault="00717B41" w:rsidP="00717B41">
            <w:pPr>
              <w:jc w:val="both"/>
              <w:rPr>
                <w:rFonts w:ascii="微軟正黑體" w:eastAsia="微軟正黑體" w:hAnsi="微軟正黑體"/>
                <w:lang w:eastAsia="zh-TW"/>
              </w:rPr>
            </w:pPr>
          </w:p>
        </w:tc>
        <w:tc>
          <w:tcPr>
            <w:tcW w:w="212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33132C2" w14:textId="77777777" w:rsidR="00717B41" w:rsidRPr="00810501" w:rsidRDefault="00717B41" w:rsidP="00717B41">
            <w:pPr>
              <w:spacing w:line="252" w:lineRule="auto"/>
              <w:jc w:val="both"/>
              <w:rPr>
                <w:rFonts w:ascii="微軟正黑體" w:eastAsia="微軟正黑體" w:hAnsi="微軟正黑體"/>
              </w:rPr>
            </w:pPr>
            <w:proofErr w:type="spellStart"/>
            <w:r w:rsidRPr="00810501">
              <w:rPr>
                <w:rFonts w:ascii="微軟正黑體" w:eastAsia="微軟正黑體" w:hAnsi="微軟正黑體"/>
                <w:b/>
                <w:color w:val="1F1F1F"/>
                <w:sz w:val="18"/>
              </w:rPr>
              <w:t>永續治理</w:t>
            </w:r>
            <w:proofErr w:type="spellEnd"/>
          </w:p>
        </w:tc>
        <w:tc>
          <w:tcPr>
            <w:tcW w:w="6803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17506A8" w14:textId="77777777" w:rsidR="00717B41" w:rsidRPr="00810501" w:rsidRDefault="00717B41" w:rsidP="00717B41">
            <w:pPr>
              <w:spacing w:line="252" w:lineRule="auto"/>
              <w:jc w:val="both"/>
              <w:rPr>
                <w:rFonts w:ascii="微軟正黑體" w:eastAsia="微軟正黑體" w:hAnsi="微軟正黑體"/>
                <w:lang w:eastAsia="zh-TW"/>
              </w:rPr>
            </w:pPr>
            <w:r w:rsidRPr="00810501">
              <w:rPr>
                <w:rFonts w:ascii="微軟正黑體" w:eastAsia="微軟正黑體" w:hAnsi="微軟正黑體"/>
                <w:color w:val="333333"/>
                <w:sz w:val="18"/>
                <w:lang w:eastAsia="zh-TW"/>
              </w:rPr>
              <w:t>永續委員會、推動小組、組織架構、權責分工及董事會報告機制。</w:t>
            </w:r>
          </w:p>
        </w:tc>
        <w:tc>
          <w:tcPr>
            <w:tcW w:w="3496" w:type="dxa"/>
            <w:vAlign w:val="center"/>
          </w:tcPr>
          <w:p w14:paraId="7B092B46" w14:textId="27CE4E77" w:rsidR="00717B41" w:rsidRPr="00810501" w:rsidRDefault="00717B41" w:rsidP="00717B41">
            <w:pPr>
              <w:spacing w:line="252" w:lineRule="auto"/>
              <w:jc w:val="both"/>
              <w:rPr>
                <w:rFonts w:ascii="微軟正黑體" w:eastAsia="微軟正黑體" w:hAnsi="微軟正黑體"/>
                <w:color w:val="333333"/>
                <w:sz w:val="18"/>
                <w:lang w:eastAsia="zh-TW"/>
              </w:rPr>
            </w:pPr>
            <w:r>
              <w:rPr>
                <w:rFonts w:ascii="微軟正黑體" w:eastAsia="微軟正黑體" w:hAnsi="微軟正黑體"/>
                <w:color w:val="333333"/>
                <w:sz w:val="17"/>
                <w:lang w:eastAsia="zh-TW"/>
              </w:rPr>
              <w:t>永續</w:t>
            </w:r>
            <w:r>
              <w:rPr>
                <w:rFonts w:ascii="微軟正黑體" w:eastAsia="微軟正黑體" w:hAnsi="微軟正黑體" w:hint="eastAsia"/>
                <w:color w:val="333333"/>
                <w:sz w:val="17"/>
                <w:lang w:eastAsia="zh-TW"/>
              </w:rPr>
              <w:t>經營團隊</w:t>
            </w:r>
            <w:r>
              <w:rPr>
                <w:rFonts w:ascii="微軟正黑體" w:eastAsia="微軟正黑體" w:hAnsi="微軟正黑體"/>
                <w:color w:val="333333"/>
                <w:sz w:val="17"/>
                <w:lang w:eastAsia="zh-TW"/>
              </w:rPr>
              <w:t>／總經理室／永續發展委員會</w:t>
            </w:r>
          </w:p>
        </w:tc>
        <w:tc>
          <w:tcPr>
            <w:tcW w:w="1134" w:type="dxa"/>
            <w:vAlign w:val="center"/>
          </w:tcPr>
          <w:p w14:paraId="3E793076" w14:textId="77777777" w:rsidR="00717B41" w:rsidRDefault="00717B41" w:rsidP="00717B41">
            <w:pPr>
              <w:spacing w:line="252" w:lineRule="auto"/>
              <w:jc w:val="center"/>
              <w:rPr>
                <w:rFonts w:ascii="微軟正黑體" w:eastAsia="微軟正黑體" w:hAnsi="微軟正黑體"/>
                <w:color w:val="333333"/>
                <w:sz w:val="17"/>
                <w:lang w:eastAsia="zh-TW"/>
              </w:rPr>
            </w:pPr>
          </w:p>
        </w:tc>
      </w:tr>
      <w:tr w:rsidR="00717B41" w:rsidRPr="00810501" w14:paraId="36B9A5C6" w14:textId="4A45048B" w:rsidTr="00717B41">
        <w:trPr>
          <w:cantSplit/>
          <w:jc w:val="center"/>
        </w:trPr>
        <w:tc>
          <w:tcPr>
            <w:tcW w:w="1713" w:type="dxa"/>
            <w:vMerge/>
            <w:shd w:val="clear" w:color="auto" w:fill="DDEB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8CE8FC3" w14:textId="77777777" w:rsidR="00717B41" w:rsidRPr="00810501" w:rsidRDefault="00717B41" w:rsidP="00717B41">
            <w:pPr>
              <w:jc w:val="both"/>
              <w:rPr>
                <w:rFonts w:ascii="微軟正黑體" w:eastAsia="微軟正黑體" w:hAnsi="微軟正黑體"/>
                <w:lang w:eastAsia="zh-TW"/>
              </w:rPr>
            </w:pPr>
          </w:p>
        </w:tc>
        <w:tc>
          <w:tcPr>
            <w:tcW w:w="212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76E2454" w14:textId="2A43F731" w:rsidR="00717B41" w:rsidRPr="00810501" w:rsidRDefault="00717B41" w:rsidP="00717B41">
            <w:pPr>
              <w:spacing w:line="252" w:lineRule="auto"/>
              <w:jc w:val="both"/>
              <w:rPr>
                <w:rFonts w:ascii="微軟正黑體" w:eastAsia="微軟正黑體" w:hAnsi="微軟正黑體"/>
              </w:rPr>
            </w:pPr>
            <w:proofErr w:type="spellStart"/>
            <w:r w:rsidRPr="00810501">
              <w:rPr>
                <w:rFonts w:ascii="微軟正黑體" w:eastAsia="微軟正黑體" w:hAnsi="微軟正黑體"/>
                <w:b/>
                <w:color w:val="1F1F1F"/>
                <w:sz w:val="18"/>
              </w:rPr>
              <w:t>永續報告書</w:t>
            </w:r>
            <w:proofErr w:type="spellEnd"/>
          </w:p>
        </w:tc>
        <w:tc>
          <w:tcPr>
            <w:tcW w:w="6803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77460FE" w14:textId="1AE37492" w:rsidR="00717B41" w:rsidRPr="00810501" w:rsidRDefault="00717B41" w:rsidP="00717B41">
            <w:pPr>
              <w:spacing w:line="252" w:lineRule="auto"/>
              <w:jc w:val="both"/>
              <w:rPr>
                <w:rFonts w:ascii="微軟正黑體" w:eastAsia="微軟正黑體" w:hAnsi="微軟正黑體"/>
                <w:lang w:eastAsia="zh-TW"/>
              </w:rPr>
            </w:pPr>
            <w:r w:rsidRPr="00810501">
              <w:rPr>
                <w:rFonts w:ascii="微軟正黑體" w:eastAsia="微軟正黑體" w:hAnsi="微軟正黑體"/>
                <w:color w:val="333333"/>
                <w:sz w:val="18"/>
                <w:lang w:eastAsia="zh-TW"/>
              </w:rPr>
              <w:t>中英文永續報告書、編製準則、第三方確信聲明、歷年版本及發布日期。</w:t>
            </w:r>
          </w:p>
        </w:tc>
        <w:tc>
          <w:tcPr>
            <w:tcW w:w="3496" w:type="dxa"/>
            <w:vAlign w:val="center"/>
          </w:tcPr>
          <w:p w14:paraId="61027DA2" w14:textId="7B956825" w:rsidR="00717B41" w:rsidRPr="00810501" w:rsidRDefault="00717B41" w:rsidP="00717B41">
            <w:pPr>
              <w:spacing w:line="252" w:lineRule="auto"/>
              <w:jc w:val="both"/>
              <w:rPr>
                <w:rFonts w:ascii="微軟正黑體" w:eastAsia="微軟正黑體" w:hAnsi="微軟正黑體"/>
                <w:color w:val="333333"/>
                <w:sz w:val="18"/>
                <w:lang w:eastAsia="zh-TW"/>
              </w:rPr>
            </w:pPr>
            <w:r>
              <w:rPr>
                <w:rFonts w:ascii="微軟正黑體" w:eastAsia="微軟正黑體" w:hAnsi="微軟正黑體"/>
                <w:color w:val="333333"/>
                <w:sz w:val="17"/>
                <w:lang w:eastAsia="zh-TW"/>
              </w:rPr>
              <w:t>永續</w:t>
            </w:r>
            <w:r>
              <w:rPr>
                <w:rFonts w:ascii="微軟正黑體" w:eastAsia="微軟正黑體" w:hAnsi="微軟正黑體" w:hint="eastAsia"/>
                <w:color w:val="333333"/>
                <w:sz w:val="17"/>
                <w:lang w:eastAsia="zh-TW"/>
              </w:rPr>
              <w:t>經營團隊</w:t>
            </w:r>
            <w:r>
              <w:rPr>
                <w:rFonts w:ascii="微軟正黑體" w:eastAsia="微軟正黑體" w:hAnsi="微軟正黑體"/>
                <w:color w:val="333333"/>
                <w:sz w:val="17"/>
                <w:lang w:eastAsia="zh-TW"/>
              </w:rPr>
              <w:t>／總經理室</w:t>
            </w:r>
            <w:r>
              <w:rPr>
                <w:rFonts w:ascii="微軟正黑體" w:eastAsia="微軟正黑體" w:hAnsi="微軟正黑體" w:hint="eastAsia"/>
                <w:color w:val="333333"/>
                <w:sz w:val="17"/>
                <w:lang w:eastAsia="zh-TW"/>
              </w:rPr>
              <w:t xml:space="preserve"> </w:t>
            </w:r>
            <w:r>
              <w:rPr>
                <w:rFonts w:ascii="微軟正黑體" w:eastAsia="微軟正黑體" w:hAnsi="微軟正黑體"/>
                <w:color w:val="333333"/>
                <w:sz w:val="17"/>
                <w:lang w:eastAsia="zh-TW"/>
              </w:rPr>
              <w:t>/</w:t>
            </w:r>
            <w:r>
              <w:rPr>
                <w:rFonts w:ascii="微軟正黑體" w:eastAsia="微軟正黑體" w:hAnsi="微軟正黑體" w:hint="eastAsia"/>
                <w:color w:val="333333"/>
                <w:sz w:val="17"/>
                <w:lang w:eastAsia="zh-TW"/>
              </w:rPr>
              <w:t xml:space="preserve"> 財務部</w:t>
            </w:r>
          </w:p>
        </w:tc>
        <w:tc>
          <w:tcPr>
            <w:tcW w:w="1134" w:type="dxa"/>
            <w:vAlign w:val="center"/>
          </w:tcPr>
          <w:p w14:paraId="54CC34FE" w14:textId="77777777" w:rsidR="00717B41" w:rsidRDefault="00717B41" w:rsidP="00717B41">
            <w:pPr>
              <w:spacing w:line="252" w:lineRule="auto"/>
              <w:jc w:val="center"/>
              <w:rPr>
                <w:rFonts w:ascii="微軟正黑體" w:eastAsia="微軟正黑體" w:hAnsi="微軟正黑體"/>
                <w:color w:val="333333"/>
                <w:sz w:val="17"/>
                <w:lang w:eastAsia="zh-TW"/>
              </w:rPr>
            </w:pPr>
          </w:p>
        </w:tc>
      </w:tr>
      <w:tr w:rsidR="00717B41" w:rsidRPr="00810501" w14:paraId="71AA8847" w14:textId="3919CEB6" w:rsidTr="00717B41">
        <w:trPr>
          <w:cantSplit/>
          <w:jc w:val="center"/>
        </w:trPr>
        <w:tc>
          <w:tcPr>
            <w:tcW w:w="1713" w:type="dxa"/>
            <w:vMerge/>
            <w:shd w:val="clear" w:color="auto" w:fill="DDEB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9E9F4A2" w14:textId="77777777" w:rsidR="00717B41" w:rsidRPr="00810501" w:rsidRDefault="00717B41" w:rsidP="00717B41">
            <w:pPr>
              <w:jc w:val="both"/>
              <w:rPr>
                <w:rFonts w:ascii="微軟正黑體" w:eastAsia="微軟正黑體" w:hAnsi="微軟正黑體"/>
                <w:lang w:eastAsia="zh-TW"/>
              </w:rPr>
            </w:pPr>
          </w:p>
        </w:tc>
        <w:tc>
          <w:tcPr>
            <w:tcW w:w="212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F5ABF99" w14:textId="2254E68C" w:rsidR="00717B41" w:rsidRPr="00810501" w:rsidRDefault="00717B41" w:rsidP="00717B41">
            <w:pPr>
              <w:spacing w:line="252" w:lineRule="auto"/>
              <w:jc w:val="both"/>
              <w:rPr>
                <w:rFonts w:ascii="微軟正黑體" w:eastAsia="微軟正黑體" w:hAnsi="微軟正黑體"/>
                <w:lang w:eastAsia="zh-TW"/>
              </w:rPr>
            </w:pPr>
            <w:r>
              <w:rPr>
                <w:rFonts w:ascii="微軟正黑體" w:eastAsia="微軟正黑體" w:hAnsi="微軟正黑體" w:hint="eastAsia"/>
                <w:b/>
                <w:color w:val="1F1F1F"/>
                <w:sz w:val="18"/>
                <w:lang w:eastAsia="zh-TW"/>
              </w:rPr>
              <w:t>永續成果</w:t>
            </w:r>
          </w:p>
        </w:tc>
        <w:tc>
          <w:tcPr>
            <w:tcW w:w="6803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77514C4" w14:textId="1C6B0BC5" w:rsidR="00717B41" w:rsidRPr="00810501" w:rsidRDefault="00717B41" w:rsidP="00717B41">
            <w:pPr>
              <w:spacing w:line="252" w:lineRule="auto"/>
              <w:jc w:val="both"/>
              <w:rPr>
                <w:rFonts w:ascii="微軟正黑體" w:eastAsia="微軟正黑體" w:hAnsi="微軟正黑體"/>
                <w:lang w:eastAsia="zh-TW"/>
              </w:rPr>
            </w:pPr>
            <w:r w:rsidRPr="00810501">
              <w:rPr>
                <w:rFonts w:ascii="微軟正黑體" w:eastAsia="微軟正黑體" w:hAnsi="微軟正黑體"/>
                <w:color w:val="333333"/>
                <w:sz w:val="18"/>
                <w:lang w:eastAsia="zh-TW"/>
              </w:rPr>
              <w:t>執行專案、投入資源、減碳成果、受益人數、照片、影片及獲獎資訊。</w:t>
            </w:r>
          </w:p>
        </w:tc>
        <w:tc>
          <w:tcPr>
            <w:tcW w:w="3496" w:type="dxa"/>
            <w:vAlign w:val="center"/>
          </w:tcPr>
          <w:p w14:paraId="3F1CB769" w14:textId="5202BE0C" w:rsidR="00717B41" w:rsidRPr="00810501" w:rsidRDefault="00717B41" w:rsidP="00717B41">
            <w:pPr>
              <w:spacing w:line="252" w:lineRule="auto"/>
              <w:jc w:val="both"/>
              <w:rPr>
                <w:rFonts w:ascii="微軟正黑體" w:eastAsia="微軟正黑體" w:hAnsi="微軟正黑體"/>
                <w:color w:val="333333"/>
                <w:sz w:val="18"/>
                <w:lang w:eastAsia="zh-TW"/>
              </w:rPr>
            </w:pPr>
            <w:r>
              <w:rPr>
                <w:rFonts w:ascii="微軟正黑體" w:eastAsia="微軟正黑體" w:hAnsi="微軟正黑體"/>
                <w:color w:val="333333"/>
                <w:sz w:val="17"/>
                <w:lang w:eastAsia="zh-TW"/>
              </w:rPr>
              <w:t>永續</w:t>
            </w:r>
            <w:r>
              <w:rPr>
                <w:rFonts w:ascii="微軟正黑體" w:eastAsia="微軟正黑體" w:hAnsi="微軟正黑體" w:hint="eastAsia"/>
                <w:color w:val="333333"/>
                <w:sz w:val="17"/>
                <w:lang w:eastAsia="zh-TW"/>
              </w:rPr>
              <w:t>經營團隊</w:t>
            </w:r>
            <w:r>
              <w:rPr>
                <w:rFonts w:ascii="微軟正黑體" w:eastAsia="微軟正黑體" w:hAnsi="微軟正黑體"/>
                <w:color w:val="333333"/>
                <w:sz w:val="17"/>
                <w:lang w:eastAsia="zh-TW"/>
              </w:rPr>
              <w:t>／公關部</w:t>
            </w:r>
          </w:p>
        </w:tc>
        <w:tc>
          <w:tcPr>
            <w:tcW w:w="1134" w:type="dxa"/>
            <w:vAlign w:val="center"/>
          </w:tcPr>
          <w:p w14:paraId="2E1BFF2C" w14:textId="77777777" w:rsidR="00717B41" w:rsidRDefault="00717B41" w:rsidP="00717B41">
            <w:pPr>
              <w:spacing w:line="252" w:lineRule="auto"/>
              <w:jc w:val="center"/>
              <w:rPr>
                <w:rFonts w:ascii="微軟正黑體" w:eastAsia="微軟正黑體" w:hAnsi="微軟正黑體"/>
                <w:color w:val="333333"/>
                <w:sz w:val="17"/>
                <w:lang w:eastAsia="zh-TW"/>
              </w:rPr>
            </w:pPr>
          </w:p>
        </w:tc>
      </w:tr>
      <w:tr w:rsidR="00717B41" w:rsidRPr="00810501" w14:paraId="58066184" w14:textId="031919C6" w:rsidTr="00717B41">
        <w:trPr>
          <w:cantSplit/>
          <w:jc w:val="center"/>
        </w:trPr>
        <w:tc>
          <w:tcPr>
            <w:tcW w:w="1713" w:type="dxa"/>
            <w:vMerge/>
            <w:shd w:val="clear" w:color="auto" w:fill="DDEB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06B0029" w14:textId="77777777" w:rsidR="00717B41" w:rsidRPr="00810501" w:rsidRDefault="00717B41" w:rsidP="00717B41">
            <w:pPr>
              <w:jc w:val="both"/>
              <w:rPr>
                <w:rFonts w:ascii="微軟正黑體" w:eastAsia="微軟正黑體" w:hAnsi="微軟正黑體"/>
                <w:lang w:eastAsia="zh-TW"/>
              </w:rPr>
            </w:pPr>
          </w:p>
        </w:tc>
        <w:tc>
          <w:tcPr>
            <w:tcW w:w="212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3F1C57E" w14:textId="77777777" w:rsidR="00717B41" w:rsidRPr="00810501" w:rsidRDefault="00717B41" w:rsidP="00717B41">
            <w:pPr>
              <w:spacing w:line="252" w:lineRule="auto"/>
              <w:jc w:val="both"/>
              <w:rPr>
                <w:rFonts w:ascii="微軟正黑體" w:eastAsia="微軟正黑體" w:hAnsi="微軟正黑體"/>
              </w:rPr>
            </w:pPr>
            <w:proofErr w:type="spellStart"/>
            <w:r w:rsidRPr="00810501">
              <w:rPr>
                <w:rFonts w:ascii="微軟正黑體" w:eastAsia="微軟正黑體" w:hAnsi="微軟正黑體"/>
                <w:b/>
                <w:color w:val="1F1F1F"/>
                <w:sz w:val="18"/>
              </w:rPr>
              <w:t>供應鏈管理</w:t>
            </w:r>
            <w:proofErr w:type="spellEnd"/>
          </w:p>
        </w:tc>
        <w:tc>
          <w:tcPr>
            <w:tcW w:w="6803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D3226C7" w14:textId="77777777" w:rsidR="00717B41" w:rsidRPr="00810501" w:rsidRDefault="00717B41" w:rsidP="00717B41">
            <w:pPr>
              <w:spacing w:line="252" w:lineRule="auto"/>
              <w:jc w:val="both"/>
              <w:rPr>
                <w:rFonts w:ascii="微軟正黑體" w:eastAsia="微軟正黑體" w:hAnsi="微軟正黑體"/>
                <w:lang w:eastAsia="zh-TW"/>
              </w:rPr>
            </w:pPr>
            <w:r w:rsidRPr="00810501">
              <w:rPr>
                <w:rFonts w:ascii="微軟正黑體" w:eastAsia="微軟正黑體" w:hAnsi="微軟正黑體"/>
                <w:color w:val="333333"/>
                <w:sz w:val="18"/>
                <w:lang w:eastAsia="zh-TW"/>
              </w:rPr>
              <w:t>供應商行為準則、評鑑、稽核、責任採購、在地採購及衝突礦產管理。</w:t>
            </w:r>
          </w:p>
        </w:tc>
        <w:tc>
          <w:tcPr>
            <w:tcW w:w="3496" w:type="dxa"/>
            <w:vAlign w:val="center"/>
          </w:tcPr>
          <w:p w14:paraId="7E78ACC6" w14:textId="3EBC44D6" w:rsidR="00717B41" w:rsidRPr="00810501" w:rsidRDefault="00717B41" w:rsidP="00717B41">
            <w:pPr>
              <w:spacing w:line="252" w:lineRule="auto"/>
              <w:jc w:val="both"/>
              <w:rPr>
                <w:rFonts w:ascii="微軟正黑體" w:eastAsia="微軟正黑體" w:hAnsi="微軟正黑體"/>
                <w:color w:val="333333"/>
                <w:sz w:val="18"/>
                <w:lang w:eastAsia="zh-TW"/>
              </w:rPr>
            </w:pPr>
            <w:r>
              <w:rPr>
                <w:rFonts w:ascii="微軟正黑體" w:eastAsia="微軟正黑體" w:hAnsi="微軟正黑體"/>
                <w:color w:val="333333"/>
                <w:sz w:val="17"/>
                <w:lang w:eastAsia="zh-TW"/>
              </w:rPr>
              <w:t>採購部</w:t>
            </w:r>
          </w:p>
        </w:tc>
        <w:tc>
          <w:tcPr>
            <w:tcW w:w="1134" w:type="dxa"/>
            <w:vAlign w:val="center"/>
          </w:tcPr>
          <w:p w14:paraId="74FE6BC9" w14:textId="77777777" w:rsidR="00717B41" w:rsidRDefault="00717B41" w:rsidP="00717B41">
            <w:pPr>
              <w:spacing w:line="252" w:lineRule="auto"/>
              <w:jc w:val="center"/>
              <w:rPr>
                <w:rFonts w:ascii="微軟正黑體" w:eastAsia="微軟正黑體" w:hAnsi="微軟正黑體"/>
                <w:color w:val="333333"/>
                <w:sz w:val="17"/>
                <w:lang w:eastAsia="zh-TW"/>
              </w:rPr>
            </w:pPr>
          </w:p>
        </w:tc>
      </w:tr>
      <w:tr w:rsidR="00717B41" w:rsidRPr="00810501" w14:paraId="48C13164" w14:textId="5F79FA54" w:rsidTr="00717B41">
        <w:trPr>
          <w:cantSplit/>
          <w:jc w:val="center"/>
        </w:trPr>
        <w:tc>
          <w:tcPr>
            <w:tcW w:w="1713" w:type="dxa"/>
            <w:vMerge/>
            <w:shd w:val="clear" w:color="auto" w:fill="DDEB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949129F" w14:textId="77777777" w:rsidR="00717B41" w:rsidRPr="00810501" w:rsidRDefault="00717B41" w:rsidP="00717B41">
            <w:pPr>
              <w:jc w:val="both"/>
              <w:rPr>
                <w:rFonts w:ascii="微軟正黑體" w:eastAsia="微軟正黑體" w:hAnsi="微軟正黑體"/>
                <w:lang w:eastAsia="zh-TW"/>
              </w:rPr>
            </w:pPr>
          </w:p>
        </w:tc>
        <w:tc>
          <w:tcPr>
            <w:tcW w:w="212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35C0F71" w14:textId="0C6ED664" w:rsidR="00717B41" w:rsidRPr="00810501" w:rsidRDefault="00717B41" w:rsidP="00717B41">
            <w:pPr>
              <w:spacing w:line="252" w:lineRule="auto"/>
              <w:jc w:val="both"/>
              <w:rPr>
                <w:rFonts w:ascii="微軟正黑體" w:eastAsia="微軟正黑體" w:hAnsi="微軟正黑體"/>
              </w:rPr>
            </w:pPr>
            <w:proofErr w:type="spellStart"/>
            <w:r w:rsidRPr="00810501">
              <w:rPr>
                <w:rFonts w:ascii="微軟正黑體" w:eastAsia="微軟正黑體" w:hAnsi="微軟正黑體"/>
                <w:b/>
                <w:color w:val="1F1F1F"/>
                <w:sz w:val="18"/>
              </w:rPr>
              <w:t>利害關係人</w:t>
            </w:r>
            <w:proofErr w:type="spellEnd"/>
          </w:p>
        </w:tc>
        <w:tc>
          <w:tcPr>
            <w:tcW w:w="6803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DC925F0" w14:textId="22FBC781" w:rsidR="00717B41" w:rsidRPr="00810501" w:rsidRDefault="00717B41" w:rsidP="00717B41">
            <w:pPr>
              <w:spacing w:line="252" w:lineRule="auto"/>
              <w:jc w:val="both"/>
              <w:rPr>
                <w:rFonts w:ascii="微軟正黑體" w:eastAsia="微軟正黑體" w:hAnsi="微軟正黑體"/>
                <w:lang w:eastAsia="zh-TW"/>
              </w:rPr>
            </w:pPr>
            <w:r w:rsidRPr="00810501">
              <w:rPr>
                <w:rFonts w:ascii="微軟正黑體" w:eastAsia="微軟正黑體" w:hAnsi="微軟正黑體"/>
                <w:color w:val="333333"/>
                <w:sz w:val="18"/>
                <w:lang w:eastAsia="zh-TW"/>
              </w:rPr>
              <w:t>利害關係人分類、鑑別方式、關注議題及對公司營運的重要性。</w:t>
            </w:r>
          </w:p>
        </w:tc>
        <w:tc>
          <w:tcPr>
            <w:tcW w:w="3496" w:type="dxa"/>
            <w:vAlign w:val="center"/>
          </w:tcPr>
          <w:p w14:paraId="0506A700" w14:textId="345E5A4F" w:rsidR="00717B41" w:rsidRPr="00810501" w:rsidRDefault="00717B41" w:rsidP="00717B41">
            <w:pPr>
              <w:spacing w:line="252" w:lineRule="auto"/>
              <w:jc w:val="both"/>
              <w:rPr>
                <w:rFonts w:ascii="微軟正黑體" w:eastAsia="微軟正黑體" w:hAnsi="微軟正黑體"/>
                <w:color w:val="333333"/>
                <w:sz w:val="18"/>
                <w:lang w:eastAsia="zh-TW"/>
              </w:rPr>
            </w:pPr>
            <w:r>
              <w:rPr>
                <w:rFonts w:ascii="微軟正黑體" w:eastAsia="微軟正黑體" w:hAnsi="微軟正黑體"/>
                <w:color w:val="333333"/>
                <w:sz w:val="17"/>
                <w:lang w:eastAsia="zh-TW"/>
              </w:rPr>
              <w:t>永續</w:t>
            </w:r>
            <w:r>
              <w:rPr>
                <w:rFonts w:ascii="微軟正黑體" w:eastAsia="微軟正黑體" w:hAnsi="微軟正黑體" w:hint="eastAsia"/>
                <w:color w:val="333333"/>
                <w:sz w:val="17"/>
                <w:lang w:eastAsia="zh-TW"/>
              </w:rPr>
              <w:t>經營團隊</w:t>
            </w:r>
            <w:r>
              <w:rPr>
                <w:rFonts w:ascii="微軟正黑體" w:eastAsia="微軟正黑體" w:hAnsi="微軟正黑體"/>
                <w:color w:val="333333"/>
                <w:sz w:val="17"/>
                <w:lang w:eastAsia="zh-TW"/>
              </w:rPr>
              <w:t>／</w:t>
            </w:r>
            <w:r>
              <w:rPr>
                <w:rFonts w:ascii="微軟正黑體" w:eastAsia="微軟正黑體" w:hAnsi="微軟正黑體" w:hint="eastAsia"/>
                <w:color w:val="333333"/>
                <w:sz w:val="17"/>
                <w:lang w:eastAsia="zh-TW"/>
              </w:rPr>
              <w:t>公司治理主管</w:t>
            </w:r>
          </w:p>
        </w:tc>
        <w:tc>
          <w:tcPr>
            <w:tcW w:w="1134" w:type="dxa"/>
            <w:vAlign w:val="center"/>
          </w:tcPr>
          <w:p w14:paraId="6585401B" w14:textId="77777777" w:rsidR="00717B41" w:rsidRDefault="00717B41" w:rsidP="00717B41">
            <w:pPr>
              <w:spacing w:line="252" w:lineRule="auto"/>
              <w:jc w:val="center"/>
              <w:rPr>
                <w:rFonts w:ascii="微軟正黑體" w:eastAsia="微軟正黑體" w:hAnsi="微軟正黑體"/>
                <w:color w:val="333333"/>
                <w:sz w:val="17"/>
                <w:lang w:eastAsia="zh-TW"/>
              </w:rPr>
            </w:pPr>
          </w:p>
        </w:tc>
      </w:tr>
      <w:tr w:rsidR="00717B41" w:rsidRPr="00810501" w14:paraId="70C624DA" w14:textId="43F9329C" w:rsidTr="00717B41">
        <w:trPr>
          <w:cantSplit/>
          <w:jc w:val="center"/>
        </w:trPr>
        <w:tc>
          <w:tcPr>
            <w:tcW w:w="1713" w:type="dxa"/>
            <w:vMerge/>
            <w:shd w:val="clear" w:color="auto" w:fill="DDEB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73B5043" w14:textId="77777777" w:rsidR="00717B41" w:rsidRPr="00810501" w:rsidRDefault="00717B41" w:rsidP="00717B41">
            <w:pPr>
              <w:jc w:val="both"/>
              <w:rPr>
                <w:rFonts w:ascii="微軟正黑體" w:eastAsia="微軟正黑體" w:hAnsi="微軟正黑體"/>
                <w:lang w:eastAsia="zh-TW"/>
              </w:rPr>
            </w:pPr>
          </w:p>
        </w:tc>
        <w:tc>
          <w:tcPr>
            <w:tcW w:w="212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982FC80" w14:textId="4F3754CD" w:rsidR="00717B41" w:rsidRPr="00810501" w:rsidRDefault="00717B41" w:rsidP="00717B41">
            <w:pPr>
              <w:spacing w:line="252" w:lineRule="auto"/>
              <w:jc w:val="both"/>
              <w:rPr>
                <w:rFonts w:ascii="微軟正黑體" w:eastAsia="微軟正黑體" w:hAnsi="微軟正黑體"/>
                <w:b/>
                <w:color w:val="1F1F1F"/>
                <w:sz w:val="18"/>
              </w:rPr>
            </w:pPr>
            <w:proofErr w:type="spellStart"/>
            <w:r w:rsidRPr="00810501">
              <w:rPr>
                <w:rFonts w:ascii="微軟正黑體" w:eastAsia="微軟正黑體" w:hAnsi="微軟正黑體"/>
                <w:b/>
                <w:color w:val="1F1F1F"/>
                <w:sz w:val="18"/>
              </w:rPr>
              <w:t>溝通機制</w:t>
            </w:r>
            <w:proofErr w:type="spellEnd"/>
          </w:p>
        </w:tc>
        <w:tc>
          <w:tcPr>
            <w:tcW w:w="6803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11D6C07" w14:textId="18BD095A" w:rsidR="00717B41" w:rsidRPr="00810501" w:rsidRDefault="00717B41" w:rsidP="00717B41">
            <w:pPr>
              <w:spacing w:line="252" w:lineRule="auto"/>
              <w:jc w:val="both"/>
              <w:rPr>
                <w:rFonts w:ascii="微軟正黑體" w:eastAsia="微軟正黑體" w:hAnsi="微軟正黑體"/>
                <w:color w:val="333333"/>
                <w:sz w:val="18"/>
                <w:lang w:eastAsia="zh-TW"/>
              </w:rPr>
            </w:pPr>
            <w:r w:rsidRPr="00810501">
              <w:rPr>
                <w:rFonts w:ascii="微軟正黑體" w:eastAsia="微軟正黑體" w:hAnsi="微軟正黑體"/>
                <w:color w:val="333333"/>
                <w:sz w:val="18"/>
                <w:lang w:eastAsia="zh-TW"/>
              </w:rPr>
              <w:t>各利害關係人的溝通管道、頻率、負責部門、關注議題及回應成果。</w:t>
            </w:r>
          </w:p>
        </w:tc>
        <w:tc>
          <w:tcPr>
            <w:tcW w:w="3496" w:type="dxa"/>
            <w:vAlign w:val="center"/>
          </w:tcPr>
          <w:p w14:paraId="43CCD745" w14:textId="6AA225B8" w:rsidR="00717B41" w:rsidRPr="00810501" w:rsidRDefault="00717B41" w:rsidP="00717B41">
            <w:pPr>
              <w:spacing w:line="252" w:lineRule="auto"/>
              <w:jc w:val="both"/>
              <w:rPr>
                <w:rFonts w:ascii="微軟正黑體" w:eastAsia="微軟正黑體" w:hAnsi="微軟正黑體"/>
                <w:color w:val="333333"/>
                <w:sz w:val="18"/>
                <w:lang w:eastAsia="zh-TW"/>
              </w:rPr>
            </w:pPr>
            <w:r>
              <w:rPr>
                <w:rFonts w:ascii="微軟正黑體" w:eastAsia="微軟正黑體" w:hAnsi="微軟正黑體"/>
                <w:color w:val="333333"/>
                <w:sz w:val="17"/>
                <w:lang w:eastAsia="zh-TW"/>
              </w:rPr>
              <w:t>永續</w:t>
            </w:r>
            <w:r>
              <w:rPr>
                <w:rFonts w:ascii="微軟正黑體" w:eastAsia="微軟正黑體" w:hAnsi="微軟正黑體" w:hint="eastAsia"/>
                <w:color w:val="333333"/>
                <w:sz w:val="17"/>
                <w:lang w:eastAsia="zh-TW"/>
              </w:rPr>
              <w:t>經營團隊</w:t>
            </w:r>
            <w:r>
              <w:rPr>
                <w:rFonts w:ascii="微軟正黑體" w:eastAsia="微軟正黑體" w:hAnsi="微軟正黑體"/>
                <w:color w:val="333333"/>
                <w:sz w:val="17"/>
                <w:lang w:eastAsia="zh-TW"/>
              </w:rPr>
              <w:t>／</w:t>
            </w:r>
            <w:r>
              <w:rPr>
                <w:rFonts w:ascii="微軟正黑體" w:eastAsia="微軟正黑體" w:hAnsi="微軟正黑體" w:hint="eastAsia"/>
                <w:color w:val="333333"/>
                <w:sz w:val="17"/>
                <w:lang w:eastAsia="zh-TW"/>
              </w:rPr>
              <w:t>公司治理主管</w:t>
            </w:r>
          </w:p>
        </w:tc>
        <w:tc>
          <w:tcPr>
            <w:tcW w:w="1134" w:type="dxa"/>
            <w:vAlign w:val="center"/>
          </w:tcPr>
          <w:p w14:paraId="4A176C9A" w14:textId="77777777" w:rsidR="00717B41" w:rsidRDefault="00717B41" w:rsidP="00717B41">
            <w:pPr>
              <w:spacing w:line="252" w:lineRule="auto"/>
              <w:jc w:val="center"/>
              <w:rPr>
                <w:rFonts w:ascii="微軟正黑體" w:eastAsia="微軟正黑體" w:hAnsi="微軟正黑體"/>
                <w:color w:val="333333"/>
                <w:sz w:val="17"/>
                <w:lang w:eastAsia="zh-TW"/>
              </w:rPr>
            </w:pPr>
          </w:p>
        </w:tc>
      </w:tr>
      <w:tr w:rsidR="00717B41" w:rsidRPr="00810501" w14:paraId="2AB6E7C6" w14:textId="7FAE394A" w:rsidTr="00717B41">
        <w:trPr>
          <w:cantSplit/>
          <w:jc w:val="center"/>
        </w:trPr>
        <w:tc>
          <w:tcPr>
            <w:tcW w:w="1713" w:type="dxa"/>
            <w:vMerge w:val="restart"/>
            <w:shd w:val="clear" w:color="auto" w:fill="F4CCCC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6111CBC" w14:textId="79BFA8D5" w:rsidR="00717B41" w:rsidRPr="00810501" w:rsidRDefault="00717B41" w:rsidP="00717B41">
            <w:pPr>
              <w:spacing w:line="252" w:lineRule="auto"/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  <w:b/>
                <w:color w:val="1F1F1F"/>
                <w:sz w:val="19"/>
                <w:lang w:eastAsia="zh-TW"/>
              </w:rPr>
              <w:t>七</w:t>
            </w:r>
            <w:r w:rsidRPr="00810501">
              <w:rPr>
                <w:rFonts w:ascii="微軟正黑體" w:eastAsia="微軟正黑體" w:hAnsi="微軟正黑體"/>
                <w:b/>
                <w:color w:val="1F1F1F"/>
                <w:sz w:val="19"/>
              </w:rPr>
              <w:t>、</w:t>
            </w:r>
            <w:r>
              <w:rPr>
                <w:rFonts w:ascii="微軟正黑體" w:eastAsia="微軟正黑體" w:hAnsi="微軟正黑體" w:hint="eastAsia"/>
                <w:b/>
                <w:color w:val="1F1F1F"/>
                <w:sz w:val="19"/>
                <w:lang w:eastAsia="zh-TW"/>
              </w:rPr>
              <w:t>人力資源</w:t>
            </w:r>
          </w:p>
        </w:tc>
        <w:tc>
          <w:tcPr>
            <w:tcW w:w="212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9882C5D" w14:textId="77777777" w:rsidR="00717B41" w:rsidRPr="00810501" w:rsidRDefault="00717B41" w:rsidP="00717B41">
            <w:pPr>
              <w:spacing w:line="252" w:lineRule="auto"/>
              <w:jc w:val="both"/>
              <w:rPr>
                <w:rFonts w:ascii="微軟正黑體" w:eastAsia="微軟正黑體" w:hAnsi="微軟正黑體"/>
              </w:rPr>
            </w:pPr>
            <w:proofErr w:type="spellStart"/>
            <w:r w:rsidRPr="00810501">
              <w:rPr>
                <w:rFonts w:ascii="微軟正黑體" w:eastAsia="微軟正黑體" w:hAnsi="微軟正黑體"/>
                <w:b/>
                <w:color w:val="1F1F1F"/>
                <w:sz w:val="18"/>
              </w:rPr>
              <w:t>人才理念</w:t>
            </w:r>
            <w:proofErr w:type="spellEnd"/>
          </w:p>
        </w:tc>
        <w:tc>
          <w:tcPr>
            <w:tcW w:w="6803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81AE459" w14:textId="77777777" w:rsidR="00717B41" w:rsidRPr="00810501" w:rsidRDefault="00717B41" w:rsidP="00717B41">
            <w:pPr>
              <w:spacing w:line="252" w:lineRule="auto"/>
              <w:jc w:val="both"/>
              <w:rPr>
                <w:rFonts w:ascii="微軟正黑體" w:eastAsia="微軟正黑體" w:hAnsi="微軟正黑體"/>
                <w:lang w:eastAsia="zh-TW"/>
              </w:rPr>
            </w:pPr>
            <w:r w:rsidRPr="00810501">
              <w:rPr>
                <w:rFonts w:ascii="微軟正黑體" w:eastAsia="微軟正黑體" w:hAnsi="微軟正黑體"/>
                <w:color w:val="333333"/>
                <w:sz w:val="18"/>
                <w:lang w:eastAsia="zh-TW"/>
              </w:rPr>
              <w:t>人才策略、雇主品牌、企業文化、人才特質及公司對員工的承諾。</w:t>
            </w:r>
          </w:p>
        </w:tc>
        <w:tc>
          <w:tcPr>
            <w:tcW w:w="3496" w:type="dxa"/>
            <w:vAlign w:val="center"/>
          </w:tcPr>
          <w:p w14:paraId="452EBF3A" w14:textId="2905A1F3" w:rsidR="00717B41" w:rsidRPr="00810501" w:rsidRDefault="00717B41" w:rsidP="00717B41">
            <w:pPr>
              <w:spacing w:line="252" w:lineRule="auto"/>
              <w:jc w:val="both"/>
              <w:rPr>
                <w:rFonts w:ascii="微軟正黑體" w:eastAsia="微軟正黑體" w:hAnsi="微軟正黑體"/>
                <w:color w:val="333333"/>
                <w:sz w:val="18"/>
                <w:lang w:eastAsia="zh-TW"/>
              </w:rPr>
            </w:pPr>
            <w:r>
              <w:rPr>
                <w:rFonts w:ascii="微軟正黑體" w:eastAsia="微軟正黑體" w:hAnsi="微軟正黑體"/>
                <w:color w:val="333333"/>
                <w:sz w:val="17"/>
                <w:lang w:eastAsia="zh-TW"/>
              </w:rPr>
              <w:t>人力資源部</w:t>
            </w:r>
          </w:p>
        </w:tc>
        <w:tc>
          <w:tcPr>
            <w:tcW w:w="1134" w:type="dxa"/>
            <w:vAlign w:val="center"/>
          </w:tcPr>
          <w:p w14:paraId="59D8DAEB" w14:textId="77777777" w:rsidR="00717B41" w:rsidRDefault="00717B41" w:rsidP="00717B41">
            <w:pPr>
              <w:spacing w:line="252" w:lineRule="auto"/>
              <w:jc w:val="center"/>
              <w:rPr>
                <w:rFonts w:ascii="微軟正黑體" w:eastAsia="微軟正黑體" w:hAnsi="微軟正黑體"/>
                <w:color w:val="333333"/>
                <w:sz w:val="17"/>
                <w:lang w:eastAsia="zh-TW"/>
              </w:rPr>
            </w:pPr>
          </w:p>
        </w:tc>
      </w:tr>
      <w:tr w:rsidR="00717B41" w:rsidRPr="00810501" w14:paraId="0DCD91C6" w14:textId="6F536021" w:rsidTr="00717B41">
        <w:trPr>
          <w:cantSplit/>
          <w:jc w:val="center"/>
        </w:trPr>
        <w:tc>
          <w:tcPr>
            <w:tcW w:w="1713" w:type="dxa"/>
            <w:vMerge/>
            <w:shd w:val="clear" w:color="auto" w:fill="F4CCCC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5E66EAC" w14:textId="77777777" w:rsidR="00717B41" w:rsidRPr="00810501" w:rsidRDefault="00717B41" w:rsidP="00717B41">
            <w:pPr>
              <w:jc w:val="both"/>
              <w:rPr>
                <w:rFonts w:ascii="微軟正黑體" w:eastAsia="微軟正黑體" w:hAnsi="微軟正黑體"/>
                <w:lang w:eastAsia="zh-TW"/>
              </w:rPr>
            </w:pPr>
          </w:p>
        </w:tc>
        <w:tc>
          <w:tcPr>
            <w:tcW w:w="212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4308ADC" w14:textId="77777777" w:rsidR="00717B41" w:rsidRPr="00810501" w:rsidRDefault="00717B41" w:rsidP="00717B41">
            <w:pPr>
              <w:spacing w:line="252" w:lineRule="auto"/>
              <w:jc w:val="both"/>
              <w:rPr>
                <w:rFonts w:ascii="微軟正黑體" w:eastAsia="微軟正黑體" w:hAnsi="微軟正黑體"/>
              </w:rPr>
            </w:pPr>
            <w:proofErr w:type="spellStart"/>
            <w:r w:rsidRPr="00810501">
              <w:rPr>
                <w:rFonts w:ascii="微軟正黑體" w:eastAsia="微軟正黑體" w:hAnsi="微軟正黑體"/>
                <w:b/>
                <w:color w:val="1F1F1F"/>
                <w:sz w:val="18"/>
              </w:rPr>
              <w:t>招募介紹</w:t>
            </w:r>
            <w:proofErr w:type="spellEnd"/>
          </w:p>
        </w:tc>
        <w:tc>
          <w:tcPr>
            <w:tcW w:w="6803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54BF39C" w14:textId="77777777" w:rsidR="00717B41" w:rsidRPr="00810501" w:rsidRDefault="00717B41" w:rsidP="00717B41">
            <w:pPr>
              <w:spacing w:line="252" w:lineRule="auto"/>
              <w:jc w:val="both"/>
              <w:rPr>
                <w:rFonts w:ascii="微軟正黑體" w:eastAsia="微軟正黑體" w:hAnsi="微軟正黑體"/>
                <w:lang w:eastAsia="zh-TW"/>
              </w:rPr>
            </w:pPr>
            <w:r w:rsidRPr="00810501">
              <w:rPr>
                <w:rFonts w:ascii="微軟正黑體" w:eastAsia="微軟正黑體" w:hAnsi="微軟正黑體"/>
                <w:color w:val="333333"/>
                <w:sz w:val="18"/>
                <w:lang w:eastAsia="zh-TW"/>
              </w:rPr>
              <w:t>招募流程、面試方式、應徵注意事項、聯絡窗口及常見問題。</w:t>
            </w:r>
          </w:p>
        </w:tc>
        <w:tc>
          <w:tcPr>
            <w:tcW w:w="3496" w:type="dxa"/>
            <w:vAlign w:val="center"/>
          </w:tcPr>
          <w:p w14:paraId="79DF9931" w14:textId="486B8CAA" w:rsidR="00717B41" w:rsidRPr="00810501" w:rsidRDefault="00717B41" w:rsidP="00717B41">
            <w:pPr>
              <w:spacing w:line="252" w:lineRule="auto"/>
              <w:jc w:val="both"/>
              <w:rPr>
                <w:rFonts w:ascii="微軟正黑體" w:eastAsia="微軟正黑體" w:hAnsi="微軟正黑體"/>
                <w:color w:val="333333"/>
                <w:sz w:val="18"/>
                <w:lang w:eastAsia="zh-TW"/>
              </w:rPr>
            </w:pPr>
            <w:r>
              <w:rPr>
                <w:rFonts w:ascii="微軟正黑體" w:eastAsia="微軟正黑體" w:hAnsi="微軟正黑體"/>
                <w:color w:val="333333"/>
                <w:sz w:val="17"/>
                <w:lang w:eastAsia="zh-TW"/>
              </w:rPr>
              <w:t>人力資源部／招募單位</w:t>
            </w:r>
          </w:p>
        </w:tc>
        <w:tc>
          <w:tcPr>
            <w:tcW w:w="1134" w:type="dxa"/>
            <w:vAlign w:val="center"/>
          </w:tcPr>
          <w:p w14:paraId="6C9BCE5E" w14:textId="77777777" w:rsidR="00717B41" w:rsidRDefault="00717B41" w:rsidP="00717B41">
            <w:pPr>
              <w:spacing w:line="252" w:lineRule="auto"/>
              <w:jc w:val="center"/>
              <w:rPr>
                <w:rFonts w:ascii="微軟正黑體" w:eastAsia="微軟正黑體" w:hAnsi="微軟正黑體"/>
                <w:color w:val="333333"/>
                <w:sz w:val="17"/>
                <w:lang w:eastAsia="zh-TW"/>
              </w:rPr>
            </w:pPr>
          </w:p>
        </w:tc>
      </w:tr>
      <w:tr w:rsidR="00717B41" w:rsidRPr="00810501" w14:paraId="6C6D4EB7" w14:textId="3048DA12" w:rsidTr="00717B41">
        <w:trPr>
          <w:cantSplit/>
          <w:jc w:val="center"/>
        </w:trPr>
        <w:tc>
          <w:tcPr>
            <w:tcW w:w="1713" w:type="dxa"/>
            <w:vMerge/>
            <w:shd w:val="clear" w:color="auto" w:fill="F4CCCC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25E1433" w14:textId="77777777" w:rsidR="00717B41" w:rsidRPr="00810501" w:rsidRDefault="00717B41" w:rsidP="00717B41">
            <w:pPr>
              <w:jc w:val="both"/>
              <w:rPr>
                <w:rFonts w:ascii="微軟正黑體" w:eastAsia="微軟正黑體" w:hAnsi="微軟正黑體"/>
                <w:lang w:eastAsia="zh-TW"/>
              </w:rPr>
            </w:pPr>
          </w:p>
        </w:tc>
        <w:tc>
          <w:tcPr>
            <w:tcW w:w="212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E39B602" w14:textId="77777777" w:rsidR="00717B41" w:rsidRPr="00810501" w:rsidRDefault="00717B41" w:rsidP="00717B41">
            <w:pPr>
              <w:spacing w:line="252" w:lineRule="auto"/>
              <w:jc w:val="both"/>
              <w:rPr>
                <w:rFonts w:ascii="微軟正黑體" w:eastAsia="微軟正黑體" w:hAnsi="微軟正黑體"/>
              </w:rPr>
            </w:pPr>
            <w:proofErr w:type="spellStart"/>
            <w:r w:rsidRPr="00810501">
              <w:rPr>
                <w:rFonts w:ascii="微軟正黑體" w:eastAsia="微軟正黑體" w:hAnsi="微軟正黑體"/>
                <w:b/>
                <w:color w:val="1F1F1F"/>
                <w:sz w:val="18"/>
              </w:rPr>
              <w:t>職缺資訊</w:t>
            </w:r>
            <w:proofErr w:type="spellEnd"/>
          </w:p>
        </w:tc>
        <w:tc>
          <w:tcPr>
            <w:tcW w:w="6803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7081728" w14:textId="77777777" w:rsidR="00717B41" w:rsidRPr="00810501" w:rsidRDefault="00717B41" w:rsidP="00717B41">
            <w:pPr>
              <w:spacing w:line="252" w:lineRule="auto"/>
              <w:jc w:val="both"/>
              <w:rPr>
                <w:rFonts w:ascii="微軟正黑體" w:eastAsia="微軟正黑體" w:hAnsi="微軟正黑體"/>
                <w:lang w:eastAsia="zh-TW"/>
              </w:rPr>
            </w:pPr>
            <w:r w:rsidRPr="00810501">
              <w:rPr>
                <w:rFonts w:ascii="微軟正黑體" w:eastAsia="微軟正黑體" w:hAnsi="微軟正黑體"/>
                <w:color w:val="333333"/>
                <w:sz w:val="18"/>
                <w:lang w:eastAsia="zh-TW"/>
              </w:rPr>
              <w:t>職稱、部門、工作地點、工作內容、資格條件及申請方式。</w:t>
            </w:r>
          </w:p>
        </w:tc>
        <w:tc>
          <w:tcPr>
            <w:tcW w:w="3496" w:type="dxa"/>
            <w:vAlign w:val="center"/>
          </w:tcPr>
          <w:p w14:paraId="633B8324" w14:textId="608AA29B" w:rsidR="00717B41" w:rsidRPr="00810501" w:rsidRDefault="00717B41" w:rsidP="00717B41">
            <w:pPr>
              <w:spacing w:line="252" w:lineRule="auto"/>
              <w:jc w:val="both"/>
              <w:rPr>
                <w:rFonts w:ascii="微軟正黑體" w:eastAsia="微軟正黑體" w:hAnsi="微軟正黑體"/>
                <w:color w:val="333333"/>
                <w:sz w:val="18"/>
                <w:lang w:eastAsia="zh-TW"/>
              </w:rPr>
            </w:pPr>
            <w:r>
              <w:rPr>
                <w:rFonts w:ascii="微軟正黑體" w:eastAsia="微軟正黑體" w:hAnsi="微軟正黑體"/>
                <w:color w:val="333333"/>
                <w:sz w:val="17"/>
                <w:lang w:eastAsia="zh-TW"/>
              </w:rPr>
              <w:t>人力資源部／招募單位</w:t>
            </w:r>
          </w:p>
        </w:tc>
        <w:tc>
          <w:tcPr>
            <w:tcW w:w="1134" w:type="dxa"/>
            <w:vAlign w:val="center"/>
          </w:tcPr>
          <w:p w14:paraId="75E2A9FF" w14:textId="77777777" w:rsidR="00717B41" w:rsidRDefault="00717B41" w:rsidP="00717B41">
            <w:pPr>
              <w:spacing w:line="252" w:lineRule="auto"/>
              <w:jc w:val="center"/>
              <w:rPr>
                <w:rFonts w:ascii="微軟正黑體" w:eastAsia="微軟正黑體" w:hAnsi="微軟正黑體"/>
                <w:color w:val="333333"/>
                <w:sz w:val="17"/>
                <w:lang w:eastAsia="zh-TW"/>
              </w:rPr>
            </w:pPr>
          </w:p>
        </w:tc>
      </w:tr>
      <w:tr w:rsidR="00717B41" w:rsidRPr="00810501" w14:paraId="7A1FF3FA" w14:textId="13A08417" w:rsidTr="00717B41">
        <w:trPr>
          <w:cantSplit/>
          <w:jc w:val="center"/>
        </w:trPr>
        <w:tc>
          <w:tcPr>
            <w:tcW w:w="1713" w:type="dxa"/>
            <w:vMerge/>
            <w:shd w:val="clear" w:color="auto" w:fill="F4CCCC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871C5FB" w14:textId="77777777" w:rsidR="00717B41" w:rsidRPr="00810501" w:rsidRDefault="00717B41" w:rsidP="00717B41">
            <w:pPr>
              <w:jc w:val="both"/>
              <w:rPr>
                <w:rFonts w:ascii="微軟正黑體" w:eastAsia="微軟正黑體" w:hAnsi="微軟正黑體"/>
                <w:lang w:eastAsia="zh-TW"/>
              </w:rPr>
            </w:pPr>
          </w:p>
        </w:tc>
        <w:tc>
          <w:tcPr>
            <w:tcW w:w="212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FC4FFA1" w14:textId="77777777" w:rsidR="00717B41" w:rsidRPr="00810501" w:rsidRDefault="00717B41" w:rsidP="00717B41">
            <w:pPr>
              <w:spacing w:line="252" w:lineRule="auto"/>
              <w:jc w:val="both"/>
              <w:rPr>
                <w:rFonts w:ascii="微軟正黑體" w:eastAsia="微軟正黑體" w:hAnsi="微軟正黑體"/>
              </w:rPr>
            </w:pPr>
            <w:proofErr w:type="spellStart"/>
            <w:r w:rsidRPr="00810501">
              <w:rPr>
                <w:rFonts w:ascii="微軟正黑體" w:eastAsia="微軟正黑體" w:hAnsi="微軟正黑體"/>
                <w:b/>
                <w:color w:val="1F1F1F"/>
                <w:sz w:val="18"/>
              </w:rPr>
              <w:t>工作環境</w:t>
            </w:r>
            <w:proofErr w:type="spellEnd"/>
          </w:p>
        </w:tc>
        <w:tc>
          <w:tcPr>
            <w:tcW w:w="6803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38FAE56" w14:textId="77777777" w:rsidR="00717B41" w:rsidRPr="00810501" w:rsidRDefault="00717B41" w:rsidP="00717B41">
            <w:pPr>
              <w:spacing w:line="252" w:lineRule="auto"/>
              <w:jc w:val="both"/>
              <w:rPr>
                <w:rFonts w:ascii="微軟正黑體" w:eastAsia="微軟正黑體" w:hAnsi="微軟正黑體"/>
                <w:lang w:eastAsia="zh-TW"/>
              </w:rPr>
            </w:pPr>
            <w:r w:rsidRPr="00810501">
              <w:rPr>
                <w:rFonts w:ascii="微軟正黑體" w:eastAsia="微軟正黑體" w:hAnsi="微軟正黑體"/>
                <w:color w:val="333333"/>
                <w:sz w:val="18"/>
                <w:lang w:eastAsia="zh-TW"/>
              </w:rPr>
              <w:t>辦公室、工廠、實驗室、休息空間等高解析照片或影片。</w:t>
            </w:r>
          </w:p>
        </w:tc>
        <w:tc>
          <w:tcPr>
            <w:tcW w:w="3496" w:type="dxa"/>
            <w:vAlign w:val="center"/>
          </w:tcPr>
          <w:p w14:paraId="3FB9E469" w14:textId="418CEDC6" w:rsidR="00717B41" w:rsidRPr="00810501" w:rsidRDefault="00717B41" w:rsidP="00717B41">
            <w:pPr>
              <w:spacing w:line="252" w:lineRule="auto"/>
              <w:jc w:val="both"/>
              <w:rPr>
                <w:rFonts w:ascii="微軟正黑體" w:eastAsia="微軟正黑體" w:hAnsi="微軟正黑體"/>
                <w:color w:val="333333"/>
                <w:sz w:val="18"/>
                <w:lang w:eastAsia="zh-TW"/>
              </w:rPr>
            </w:pPr>
            <w:r>
              <w:rPr>
                <w:rFonts w:ascii="微軟正黑體" w:eastAsia="微軟正黑體" w:hAnsi="微軟正黑體"/>
                <w:color w:val="333333"/>
                <w:sz w:val="17"/>
                <w:lang w:eastAsia="zh-TW"/>
              </w:rPr>
              <w:t>人力資源部／行政管理部</w:t>
            </w:r>
          </w:p>
        </w:tc>
        <w:tc>
          <w:tcPr>
            <w:tcW w:w="1134" w:type="dxa"/>
            <w:vAlign w:val="center"/>
          </w:tcPr>
          <w:p w14:paraId="0FF821ED" w14:textId="77777777" w:rsidR="00717B41" w:rsidRDefault="00717B41" w:rsidP="00717B41">
            <w:pPr>
              <w:spacing w:line="252" w:lineRule="auto"/>
              <w:jc w:val="center"/>
              <w:rPr>
                <w:rFonts w:ascii="微軟正黑體" w:eastAsia="微軟正黑體" w:hAnsi="微軟正黑體"/>
                <w:color w:val="333333"/>
                <w:sz w:val="17"/>
                <w:lang w:eastAsia="zh-TW"/>
              </w:rPr>
            </w:pPr>
          </w:p>
        </w:tc>
      </w:tr>
      <w:tr w:rsidR="00717B41" w:rsidRPr="00810501" w14:paraId="406E220D" w14:textId="3D3A4416" w:rsidTr="00717B41">
        <w:trPr>
          <w:cantSplit/>
          <w:jc w:val="center"/>
        </w:trPr>
        <w:tc>
          <w:tcPr>
            <w:tcW w:w="1713" w:type="dxa"/>
            <w:vMerge/>
            <w:shd w:val="clear" w:color="auto" w:fill="F4CCCC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6DFBCC0" w14:textId="77777777" w:rsidR="00717B41" w:rsidRPr="00810501" w:rsidRDefault="00717B41" w:rsidP="00717B41">
            <w:pPr>
              <w:jc w:val="both"/>
              <w:rPr>
                <w:rFonts w:ascii="微軟正黑體" w:eastAsia="微軟正黑體" w:hAnsi="微軟正黑體"/>
                <w:lang w:eastAsia="zh-TW"/>
              </w:rPr>
            </w:pPr>
          </w:p>
        </w:tc>
        <w:tc>
          <w:tcPr>
            <w:tcW w:w="212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058E033" w14:textId="77777777" w:rsidR="00717B41" w:rsidRPr="00810501" w:rsidRDefault="00717B41" w:rsidP="00717B41">
            <w:pPr>
              <w:spacing w:line="252" w:lineRule="auto"/>
              <w:jc w:val="both"/>
              <w:rPr>
                <w:rFonts w:ascii="微軟正黑體" w:eastAsia="微軟正黑體" w:hAnsi="微軟正黑體"/>
              </w:rPr>
            </w:pPr>
            <w:proofErr w:type="spellStart"/>
            <w:r w:rsidRPr="00810501">
              <w:rPr>
                <w:rFonts w:ascii="微軟正黑體" w:eastAsia="微軟正黑體" w:hAnsi="微軟正黑體"/>
                <w:b/>
                <w:color w:val="1F1F1F"/>
                <w:sz w:val="18"/>
              </w:rPr>
              <w:t>薪酬福利</w:t>
            </w:r>
            <w:proofErr w:type="spellEnd"/>
          </w:p>
        </w:tc>
        <w:tc>
          <w:tcPr>
            <w:tcW w:w="6803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C9DE530" w14:textId="77777777" w:rsidR="00717B41" w:rsidRPr="00810501" w:rsidRDefault="00717B41" w:rsidP="00717B41">
            <w:pPr>
              <w:spacing w:line="252" w:lineRule="auto"/>
              <w:jc w:val="both"/>
              <w:rPr>
                <w:rFonts w:ascii="微軟正黑體" w:eastAsia="微軟正黑體" w:hAnsi="微軟正黑體"/>
                <w:lang w:eastAsia="zh-TW"/>
              </w:rPr>
            </w:pPr>
            <w:r w:rsidRPr="00810501">
              <w:rPr>
                <w:rFonts w:ascii="微軟正黑體" w:eastAsia="微軟正黑體" w:hAnsi="微軟正黑體"/>
                <w:color w:val="333333"/>
                <w:sz w:val="18"/>
                <w:lang w:eastAsia="zh-TW"/>
              </w:rPr>
              <w:t>薪酬、獎金、保險、休假、健康、交通、餐飲及其他福利制度。</w:t>
            </w:r>
          </w:p>
        </w:tc>
        <w:tc>
          <w:tcPr>
            <w:tcW w:w="3496" w:type="dxa"/>
            <w:vAlign w:val="center"/>
          </w:tcPr>
          <w:p w14:paraId="136E0C12" w14:textId="568A9A1F" w:rsidR="00717B41" w:rsidRPr="00810501" w:rsidRDefault="00717B41" w:rsidP="00717B41">
            <w:pPr>
              <w:spacing w:line="252" w:lineRule="auto"/>
              <w:jc w:val="both"/>
              <w:rPr>
                <w:rFonts w:ascii="微軟正黑體" w:eastAsia="微軟正黑體" w:hAnsi="微軟正黑體"/>
                <w:color w:val="333333"/>
                <w:sz w:val="18"/>
                <w:lang w:eastAsia="zh-TW"/>
              </w:rPr>
            </w:pPr>
            <w:r>
              <w:rPr>
                <w:rFonts w:ascii="微軟正黑體" w:eastAsia="微軟正黑體" w:hAnsi="微軟正黑體"/>
                <w:color w:val="333333"/>
                <w:sz w:val="17"/>
                <w:lang w:eastAsia="zh-TW"/>
              </w:rPr>
              <w:t>人力資源部</w:t>
            </w:r>
          </w:p>
        </w:tc>
        <w:tc>
          <w:tcPr>
            <w:tcW w:w="1134" w:type="dxa"/>
            <w:vAlign w:val="center"/>
          </w:tcPr>
          <w:p w14:paraId="7F52C24D" w14:textId="77777777" w:rsidR="00717B41" w:rsidRDefault="00717B41" w:rsidP="00717B41">
            <w:pPr>
              <w:spacing w:line="252" w:lineRule="auto"/>
              <w:jc w:val="center"/>
              <w:rPr>
                <w:rFonts w:ascii="微軟正黑體" w:eastAsia="微軟正黑體" w:hAnsi="微軟正黑體"/>
                <w:color w:val="333333"/>
                <w:sz w:val="17"/>
                <w:lang w:eastAsia="zh-TW"/>
              </w:rPr>
            </w:pPr>
          </w:p>
        </w:tc>
      </w:tr>
      <w:tr w:rsidR="00717B41" w:rsidRPr="00810501" w14:paraId="590DA283" w14:textId="24F4FAA9" w:rsidTr="00717B41">
        <w:trPr>
          <w:cantSplit/>
          <w:jc w:val="center"/>
        </w:trPr>
        <w:tc>
          <w:tcPr>
            <w:tcW w:w="1713" w:type="dxa"/>
            <w:vMerge/>
            <w:shd w:val="clear" w:color="auto" w:fill="F4CCCC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C1D2EBA" w14:textId="77777777" w:rsidR="00717B41" w:rsidRPr="00810501" w:rsidRDefault="00717B41" w:rsidP="00717B41">
            <w:pPr>
              <w:jc w:val="both"/>
              <w:rPr>
                <w:rFonts w:ascii="微軟正黑體" w:eastAsia="微軟正黑體" w:hAnsi="微軟正黑體"/>
                <w:lang w:eastAsia="zh-TW"/>
              </w:rPr>
            </w:pPr>
          </w:p>
        </w:tc>
        <w:tc>
          <w:tcPr>
            <w:tcW w:w="212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69685E3" w14:textId="77777777" w:rsidR="00717B41" w:rsidRPr="00810501" w:rsidRDefault="00717B41" w:rsidP="00717B41">
            <w:pPr>
              <w:spacing w:line="252" w:lineRule="auto"/>
              <w:jc w:val="both"/>
              <w:rPr>
                <w:rFonts w:ascii="微軟正黑體" w:eastAsia="微軟正黑體" w:hAnsi="微軟正黑體"/>
              </w:rPr>
            </w:pPr>
            <w:proofErr w:type="spellStart"/>
            <w:r w:rsidRPr="00810501">
              <w:rPr>
                <w:rFonts w:ascii="微軟正黑體" w:eastAsia="微軟正黑體" w:hAnsi="微軟正黑體"/>
                <w:b/>
                <w:color w:val="1F1F1F"/>
                <w:sz w:val="18"/>
              </w:rPr>
              <w:t>培訓與職涯發展</w:t>
            </w:r>
            <w:proofErr w:type="spellEnd"/>
          </w:p>
        </w:tc>
        <w:tc>
          <w:tcPr>
            <w:tcW w:w="6803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79B3A05" w14:textId="77777777" w:rsidR="00717B41" w:rsidRPr="00810501" w:rsidRDefault="00717B41" w:rsidP="00717B41">
            <w:pPr>
              <w:spacing w:line="252" w:lineRule="auto"/>
              <w:jc w:val="both"/>
              <w:rPr>
                <w:rFonts w:ascii="微軟正黑體" w:eastAsia="微軟正黑體" w:hAnsi="微軟正黑體"/>
                <w:lang w:eastAsia="zh-TW"/>
              </w:rPr>
            </w:pPr>
            <w:r w:rsidRPr="00810501">
              <w:rPr>
                <w:rFonts w:ascii="微軟正黑體" w:eastAsia="微軟正黑體" w:hAnsi="微軟正黑體"/>
                <w:color w:val="333333"/>
                <w:sz w:val="18"/>
                <w:lang w:eastAsia="zh-TW"/>
              </w:rPr>
              <w:t>新人訓練、專業訓練、主管培訓、輪調、職涯發展及接班制度。</w:t>
            </w:r>
          </w:p>
        </w:tc>
        <w:tc>
          <w:tcPr>
            <w:tcW w:w="3496" w:type="dxa"/>
            <w:vAlign w:val="center"/>
          </w:tcPr>
          <w:p w14:paraId="2BF8F18B" w14:textId="1E478542" w:rsidR="00717B41" w:rsidRPr="00810501" w:rsidRDefault="00717B41" w:rsidP="00717B41">
            <w:pPr>
              <w:spacing w:line="252" w:lineRule="auto"/>
              <w:jc w:val="both"/>
              <w:rPr>
                <w:rFonts w:ascii="微軟正黑體" w:eastAsia="微軟正黑體" w:hAnsi="微軟正黑體"/>
                <w:color w:val="333333"/>
                <w:sz w:val="18"/>
                <w:lang w:eastAsia="zh-TW"/>
              </w:rPr>
            </w:pPr>
            <w:r>
              <w:rPr>
                <w:rFonts w:ascii="微軟正黑體" w:eastAsia="微軟正黑體" w:hAnsi="微軟正黑體"/>
                <w:color w:val="333333"/>
                <w:sz w:val="17"/>
                <w:lang w:eastAsia="zh-TW"/>
              </w:rPr>
              <w:t>人力資源部</w:t>
            </w:r>
          </w:p>
        </w:tc>
        <w:tc>
          <w:tcPr>
            <w:tcW w:w="1134" w:type="dxa"/>
            <w:vAlign w:val="center"/>
          </w:tcPr>
          <w:p w14:paraId="6540F471" w14:textId="77777777" w:rsidR="00717B41" w:rsidRDefault="00717B41" w:rsidP="00717B41">
            <w:pPr>
              <w:spacing w:line="252" w:lineRule="auto"/>
              <w:jc w:val="center"/>
              <w:rPr>
                <w:rFonts w:ascii="微軟正黑體" w:eastAsia="微軟正黑體" w:hAnsi="微軟正黑體"/>
                <w:color w:val="333333"/>
                <w:sz w:val="17"/>
                <w:lang w:eastAsia="zh-TW"/>
              </w:rPr>
            </w:pPr>
          </w:p>
        </w:tc>
      </w:tr>
      <w:tr w:rsidR="00717B41" w:rsidRPr="00810501" w14:paraId="2A23FEDC" w14:textId="07EE8518" w:rsidTr="00717B41">
        <w:trPr>
          <w:cantSplit/>
          <w:jc w:val="center"/>
        </w:trPr>
        <w:tc>
          <w:tcPr>
            <w:tcW w:w="1713" w:type="dxa"/>
            <w:vMerge/>
            <w:shd w:val="clear" w:color="auto" w:fill="F4CCCC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9C3B253" w14:textId="77777777" w:rsidR="00717B41" w:rsidRPr="00810501" w:rsidRDefault="00717B41" w:rsidP="00717B41">
            <w:pPr>
              <w:jc w:val="both"/>
              <w:rPr>
                <w:rFonts w:ascii="微軟正黑體" w:eastAsia="微軟正黑體" w:hAnsi="微軟正黑體"/>
                <w:lang w:eastAsia="zh-TW"/>
              </w:rPr>
            </w:pPr>
          </w:p>
        </w:tc>
        <w:tc>
          <w:tcPr>
            <w:tcW w:w="212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39D0202" w14:textId="77777777" w:rsidR="00717B41" w:rsidRPr="00810501" w:rsidRDefault="00717B41" w:rsidP="00717B41">
            <w:pPr>
              <w:spacing w:line="252" w:lineRule="auto"/>
              <w:jc w:val="both"/>
              <w:rPr>
                <w:rFonts w:ascii="微軟正黑體" w:eastAsia="微軟正黑體" w:hAnsi="微軟正黑體"/>
              </w:rPr>
            </w:pPr>
            <w:proofErr w:type="spellStart"/>
            <w:r w:rsidRPr="00810501">
              <w:rPr>
                <w:rFonts w:ascii="微軟正黑體" w:eastAsia="微軟正黑體" w:hAnsi="微軟正黑體"/>
                <w:b/>
                <w:color w:val="1F1F1F"/>
                <w:sz w:val="18"/>
              </w:rPr>
              <w:t>職業安全政策</w:t>
            </w:r>
            <w:proofErr w:type="spellEnd"/>
          </w:p>
        </w:tc>
        <w:tc>
          <w:tcPr>
            <w:tcW w:w="6803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962B0C4" w14:textId="77777777" w:rsidR="00717B41" w:rsidRPr="00810501" w:rsidRDefault="00717B41" w:rsidP="00717B41">
            <w:pPr>
              <w:spacing w:line="252" w:lineRule="auto"/>
              <w:jc w:val="both"/>
              <w:rPr>
                <w:rFonts w:ascii="微軟正黑體" w:eastAsia="微軟正黑體" w:hAnsi="微軟正黑體"/>
                <w:lang w:eastAsia="zh-TW"/>
              </w:rPr>
            </w:pPr>
            <w:r w:rsidRPr="00810501">
              <w:rPr>
                <w:rFonts w:ascii="微軟正黑體" w:eastAsia="微軟正黑體" w:hAnsi="微軟正黑體"/>
                <w:color w:val="333333"/>
                <w:sz w:val="18"/>
                <w:lang w:eastAsia="zh-TW"/>
              </w:rPr>
              <w:t>職業安全衛生政策、治理架構、責任單位及管理制度。</w:t>
            </w:r>
          </w:p>
        </w:tc>
        <w:tc>
          <w:tcPr>
            <w:tcW w:w="3496" w:type="dxa"/>
            <w:vAlign w:val="center"/>
          </w:tcPr>
          <w:p w14:paraId="118CD1F5" w14:textId="38D00154" w:rsidR="00717B41" w:rsidRPr="00810501" w:rsidRDefault="00717B41" w:rsidP="00717B41">
            <w:pPr>
              <w:spacing w:line="252" w:lineRule="auto"/>
              <w:jc w:val="both"/>
              <w:rPr>
                <w:rFonts w:ascii="微軟正黑體" w:eastAsia="微軟正黑體" w:hAnsi="微軟正黑體"/>
                <w:color w:val="333333"/>
                <w:sz w:val="18"/>
                <w:lang w:eastAsia="zh-TW"/>
              </w:rPr>
            </w:pPr>
            <w:r>
              <w:rPr>
                <w:rFonts w:ascii="微軟正黑體" w:eastAsia="微軟正黑體" w:hAnsi="微軟正黑體"/>
                <w:color w:val="333333"/>
                <w:sz w:val="17"/>
                <w:lang w:eastAsia="zh-TW"/>
              </w:rPr>
              <w:t>環安衛單位</w:t>
            </w:r>
          </w:p>
        </w:tc>
        <w:tc>
          <w:tcPr>
            <w:tcW w:w="1134" w:type="dxa"/>
            <w:vAlign w:val="center"/>
          </w:tcPr>
          <w:p w14:paraId="6474AEBA" w14:textId="77777777" w:rsidR="00717B41" w:rsidRDefault="00717B41" w:rsidP="00717B41">
            <w:pPr>
              <w:spacing w:line="252" w:lineRule="auto"/>
              <w:jc w:val="center"/>
              <w:rPr>
                <w:rFonts w:ascii="微軟正黑體" w:eastAsia="微軟正黑體" w:hAnsi="微軟正黑體"/>
                <w:color w:val="333333"/>
                <w:sz w:val="17"/>
                <w:lang w:eastAsia="zh-TW"/>
              </w:rPr>
            </w:pPr>
          </w:p>
        </w:tc>
      </w:tr>
      <w:tr w:rsidR="00717B41" w:rsidRPr="00810501" w14:paraId="6E9FDE99" w14:textId="6B5FFA92" w:rsidTr="00717B41">
        <w:trPr>
          <w:cantSplit/>
          <w:jc w:val="center"/>
        </w:trPr>
        <w:tc>
          <w:tcPr>
            <w:tcW w:w="1713" w:type="dxa"/>
            <w:vMerge/>
            <w:shd w:val="clear" w:color="auto" w:fill="F4CCCC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F1F2EE4" w14:textId="77777777" w:rsidR="00717B41" w:rsidRPr="00810501" w:rsidRDefault="00717B41" w:rsidP="00717B41">
            <w:pPr>
              <w:jc w:val="both"/>
              <w:rPr>
                <w:rFonts w:ascii="微軟正黑體" w:eastAsia="微軟正黑體" w:hAnsi="微軟正黑體"/>
                <w:lang w:eastAsia="zh-TW"/>
              </w:rPr>
            </w:pPr>
          </w:p>
        </w:tc>
        <w:tc>
          <w:tcPr>
            <w:tcW w:w="212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A56BE8F" w14:textId="77777777" w:rsidR="00717B41" w:rsidRPr="00810501" w:rsidRDefault="00717B41" w:rsidP="00717B41">
            <w:pPr>
              <w:spacing w:line="252" w:lineRule="auto"/>
              <w:jc w:val="both"/>
              <w:rPr>
                <w:rFonts w:ascii="微軟正黑體" w:eastAsia="微軟正黑體" w:hAnsi="微軟正黑體"/>
              </w:rPr>
            </w:pPr>
            <w:proofErr w:type="spellStart"/>
            <w:r w:rsidRPr="00810501">
              <w:rPr>
                <w:rFonts w:ascii="微軟正黑體" w:eastAsia="微軟正黑體" w:hAnsi="微軟正黑體"/>
                <w:b/>
                <w:color w:val="1F1F1F"/>
                <w:sz w:val="18"/>
              </w:rPr>
              <w:t>應徵入口</w:t>
            </w:r>
            <w:proofErr w:type="spellEnd"/>
          </w:p>
        </w:tc>
        <w:tc>
          <w:tcPr>
            <w:tcW w:w="6803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CD97D11" w14:textId="77777777" w:rsidR="00717B41" w:rsidRPr="00810501" w:rsidRDefault="00717B41" w:rsidP="00717B41">
            <w:pPr>
              <w:spacing w:line="252" w:lineRule="auto"/>
              <w:jc w:val="both"/>
              <w:rPr>
                <w:rFonts w:ascii="微軟正黑體" w:eastAsia="微軟正黑體" w:hAnsi="微軟正黑體"/>
              </w:rPr>
            </w:pPr>
            <w:r w:rsidRPr="00810501">
              <w:rPr>
                <w:rFonts w:ascii="微軟正黑體" w:eastAsia="微軟正黑體" w:hAnsi="微軟正黑體"/>
                <w:color w:val="333333"/>
                <w:sz w:val="18"/>
              </w:rPr>
              <w:t>104、LinkedIn、自有招募系統、Email或其他應徵管道。</w:t>
            </w:r>
          </w:p>
        </w:tc>
        <w:tc>
          <w:tcPr>
            <w:tcW w:w="3496" w:type="dxa"/>
            <w:vAlign w:val="center"/>
          </w:tcPr>
          <w:p w14:paraId="7FFF0C17" w14:textId="69AF0FE8" w:rsidR="00717B41" w:rsidRPr="00810501" w:rsidRDefault="00717B41" w:rsidP="00717B41">
            <w:pPr>
              <w:spacing w:line="252" w:lineRule="auto"/>
              <w:jc w:val="both"/>
              <w:rPr>
                <w:rFonts w:ascii="微軟正黑體" w:eastAsia="微軟正黑體" w:hAnsi="微軟正黑體"/>
                <w:color w:val="333333"/>
                <w:sz w:val="18"/>
                <w:lang w:eastAsia="zh-TW"/>
              </w:rPr>
            </w:pPr>
            <w:r>
              <w:rPr>
                <w:rFonts w:ascii="微軟正黑體" w:eastAsia="微軟正黑體" w:hAnsi="微軟正黑體"/>
                <w:color w:val="333333"/>
                <w:sz w:val="17"/>
                <w:lang w:eastAsia="zh-TW"/>
              </w:rPr>
              <w:t>人力資源部／招募單位</w:t>
            </w:r>
          </w:p>
        </w:tc>
        <w:tc>
          <w:tcPr>
            <w:tcW w:w="1134" w:type="dxa"/>
            <w:vAlign w:val="center"/>
          </w:tcPr>
          <w:p w14:paraId="5C1CAD8C" w14:textId="77777777" w:rsidR="00717B41" w:rsidRDefault="00717B41" w:rsidP="00717B41">
            <w:pPr>
              <w:spacing w:line="252" w:lineRule="auto"/>
              <w:jc w:val="center"/>
              <w:rPr>
                <w:rFonts w:ascii="微軟正黑體" w:eastAsia="微軟正黑體" w:hAnsi="微軟正黑體"/>
                <w:color w:val="333333"/>
                <w:sz w:val="17"/>
                <w:lang w:eastAsia="zh-TW"/>
              </w:rPr>
            </w:pPr>
          </w:p>
        </w:tc>
      </w:tr>
      <w:tr w:rsidR="00717B41" w:rsidRPr="00810501" w14:paraId="53D8A3CF" w14:textId="533AAD19" w:rsidTr="00717B41">
        <w:trPr>
          <w:cantSplit/>
          <w:jc w:val="center"/>
        </w:trPr>
        <w:tc>
          <w:tcPr>
            <w:tcW w:w="1713" w:type="dxa"/>
            <w:vMerge w:val="restart"/>
            <w:shd w:val="clear" w:color="auto" w:fill="D9D2E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62B834E" w14:textId="374F25F2" w:rsidR="00717B41" w:rsidRPr="00810501" w:rsidRDefault="00717B41" w:rsidP="00717B41">
            <w:pPr>
              <w:spacing w:line="252" w:lineRule="auto"/>
              <w:jc w:val="both"/>
              <w:rPr>
                <w:rFonts w:ascii="微軟正黑體" w:eastAsia="微軟正黑體" w:hAnsi="微軟正黑體"/>
                <w:lang w:eastAsia="zh-TW"/>
              </w:rPr>
            </w:pPr>
            <w:r>
              <w:rPr>
                <w:rFonts w:ascii="微軟正黑體" w:eastAsia="微軟正黑體" w:hAnsi="微軟正黑體" w:hint="eastAsia"/>
                <w:b/>
                <w:color w:val="1F1F1F"/>
                <w:sz w:val="19"/>
                <w:lang w:eastAsia="zh-TW"/>
              </w:rPr>
              <w:t>八</w:t>
            </w:r>
            <w:r w:rsidRPr="00810501">
              <w:rPr>
                <w:rFonts w:ascii="微軟正黑體" w:eastAsia="微軟正黑體" w:hAnsi="微軟正黑體"/>
                <w:b/>
                <w:color w:val="1F1F1F"/>
                <w:sz w:val="19"/>
                <w:lang w:eastAsia="zh-TW"/>
              </w:rPr>
              <w:t>、</w:t>
            </w:r>
            <w:r>
              <w:rPr>
                <w:rFonts w:ascii="微軟正黑體" w:eastAsia="微軟正黑體" w:hAnsi="微軟正黑體" w:hint="eastAsia"/>
                <w:b/>
                <w:color w:val="1F1F1F"/>
                <w:sz w:val="19"/>
                <w:lang w:eastAsia="zh-TW"/>
              </w:rPr>
              <w:t>網站</w:t>
            </w:r>
            <w:r w:rsidRPr="00810501">
              <w:rPr>
                <w:rFonts w:ascii="微軟正黑體" w:eastAsia="微軟正黑體" w:hAnsi="微軟正黑體"/>
                <w:b/>
                <w:color w:val="1F1F1F"/>
                <w:sz w:val="19"/>
                <w:lang w:eastAsia="zh-TW"/>
              </w:rPr>
              <w:t>使用條款</w:t>
            </w:r>
          </w:p>
        </w:tc>
        <w:tc>
          <w:tcPr>
            <w:tcW w:w="212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E58F438" w14:textId="20744D55" w:rsidR="00717B41" w:rsidRPr="00810501" w:rsidRDefault="00717B41" w:rsidP="00717B41">
            <w:pPr>
              <w:spacing w:line="252" w:lineRule="auto"/>
              <w:jc w:val="both"/>
              <w:rPr>
                <w:rFonts w:ascii="微軟正黑體" w:eastAsia="微軟正黑體" w:hAnsi="微軟正黑體"/>
              </w:rPr>
            </w:pPr>
            <w:proofErr w:type="spellStart"/>
            <w:r w:rsidRPr="00810501">
              <w:rPr>
                <w:rFonts w:ascii="微軟正黑體" w:eastAsia="微軟正黑體" w:hAnsi="微軟正黑體"/>
                <w:b/>
                <w:color w:val="1F1F1F"/>
                <w:sz w:val="18"/>
              </w:rPr>
              <w:t>隱私權政策</w:t>
            </w:r>
            <w:proofErr w:type="spellEnd"/>
          </w:p>
        </w:tc>
        <w:tc>
          <w:tcPr>
            <w:tcW w:w="6803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59DDA9D" w14:textId="1D4D5B23" w:rsidR="00717B41" w:rsidRPr="00810501" w:rsidRDefault="00717B41" w:rsidP="00717B41">
            <w:pPr>
              <w:spacing w:line="252" w:lineRule="auto"/>
              <w:jc w:val="both"/>
              <w:rPr>
                <w:rFonts w:ascii="微軟正黑體" w:eastAsia="微軟正黑體" w:hAnsi="微軟正黑體"/>
                <w:lang w:eastAsia="zh-TW"/>
              </w:rPr>
            </w:pPr>
            <w:r w:rsidRPr="00810501">
              <w:rPr>
                <w:rFonts w:ascii="微軟正黑體" w:eastAsia="微軟正黑體" w:hAnsi="微軟正黑體"/>
                <w:color w:val="333333"/>
                <w:sz w:val="18"/>
                <w:lang w:eastAsia="zh-TW"/>
              </w:rPr>
              <w:t>個資蒐集目的、資料類型、使用範圍、保存期間、第三方揭露及當事人權利。</w:t>
            </w:r>
          </w:p>
        </w:tc>
        <w:tc>
          <w:tcPr>
            <w:tcW w:w="3496" w:type="dxa"/>
            <w:vAlign w:val="center"/>
          </w:tcPr>
          <w:p w14:paraId="21F00102" w14:textId="13786F12" w:rsidR="00717B41" w:rsidRPr="00810501" w:rsidRDefault="00717B41" w:rsidP="00717B41">
            <w:pPr>
              <w:spacing w:line="252" w:lineRule="auto"/>
              <w:jc w:val="both"/>
              <w:rPr>
                <w:rFonts w:ascii="微軟正黑體" w:eastAsia="微軟正黑體" w:hAnsi="微軟正黑體"/>
                <w:color w:val="333333"/>
                <w:sz w:val="18"/>
                <w:lang w:eastAsia="zh-TW"/>
              </w:rPr>
            </w:pPr>
            <w:r>
              <w:rPr>
                <w:rFonts w:ascii="微軟正黑體" w:eastAsia="微軟正黑體" w:hAnsi="微軟正黑體"/>
                <w:color w:val="333333"/>
                <w:sz w:val="17"/>
                <w:lang w:eastAsia="zh-TW"/>
              </w:rPr>
              <w:t>法務部／資訊</w:t>
            </w:r>
            <w:r>
              <w:rPr>
                <w:rFonts w:ascii="微軟正黑體" w:eastAsia="微軟正黑體" w:hAnsi="微軟正黑體" w:hint="eastAsia"/>
                <w:color w:val="333333"/>
                <w:sz w:val="17"/>
                <w:lang w:eastAsia="zh-TW"/>
              </w:rPr>
              <w:t>部</w:t>
            </w:r>
          </w:p>
        </w:tc>
        <w:tc>
          <w:tcPr>
            <w:tcW w:w="1134" w:type="dxa"/>
            <w:vAlign w:val="center"/>
          </w:tcPr>
          <w:p w14:paraId="0D0F7EBD" w14:textId="77777777" w:rsidR="00717B41" w:rsidRDefault="00717B41" w:rsidP="00717B41">
            <w:pPr>
              <w:spacing w:line="252" w:lineRule="auto"/>
              <w:jc w:val="center"/>
              <w:rPr>
                <w:rFonts w:ascii="微軟正黑體" w:eastAsia="微軟正黑體" w:hAnsi="微軟正黑體"/>
                <w:color w:val="333333"/>
                <w:sz w:val="17"/>
                <w:lang w:eastAsia="zh-TW"/>
              </w:rPr>
            </w:pPr>
          </w:p>
        </w:tc>
      </w:tr>
      <w:tr w:rsidR="00717B41" w:rsidRPr="00810501" w14:paraId="170F019D" w14:textId="267DC64B" w:rsidTr="00717B41">
        <w:trPr>
          <w:cantSplit/>
          <w:jc w:val="center"/>
        </w:trPr>
        <w:tc>
          <w:tcPr>
            <w:tcW w:w="1713" w:type="dxa"/>
            <w:vMerge/>
            <w:shd w:val="clear" w:color="auto" w:fill="D9D2E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73F7F3D" w14:textId="77777777" w:rsidR="00717B41" w:rsidRPr="00810501" w:rsidRDefault="00717B41" w:rsidP="00717B41">
            <w:pPr>
              <w:jc w:val="both"/>
              <w:rPr>
                <w:rFonts w:ascii="微軟正黑體" w:eastAsia="微軟正黑體" w:hAnsi="微軟正黑體"/>
                <w:lang w:eastAsia="zh-TW"/>
              </w:rPr>
            </w:pPr>
          </w:p>
        </w:tc>
        <w:tc>
          <w:tcPr>
            <w:tcW w:w="212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A010307" w14:textId="77777777" w:rsidR="00717B41" w:rsidRPr="00810501" w:rsidRDefault="00717B41" w:rsidP="00717B41">
            <w:pPr>
              <w:spacing w:line="252" w:lineRule="auto"/>
              <w:jc w:val="both"/>
              <w:rPr>
                <w:rFonts w:ascii="微軟正黑體" w:eastAsia="微軟正黑體" w:hAnsi="微軟正黑體"/>
              </w:rPr>
            </w:pPr>
            <w:proofErr w:type="spellStart"/>
            <w:r w:rsidRPr="00810501">
              <w:rPr>
                <w:rFonts w:ascii="微軟正黑體" w:eastAsia="微軟正黑體" w:hAnsi="微軟正黑體"/>
                <w:b/>
                <w:color w:val="1F1F1F"/>
                <w:sz w:val="18"/>
              </w:rPr>
              <w:t>Cookie清單</w:t>
            </w:r>
            <w:proofErr w:type="spellEnd"/>
          </w:p>
        </w:tc>
        <w:tc>
          <w:tcPr>
            <w:tcW w:w="6803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3DE0267" w14:textId="77777777" w:rsidR="00717B41" w:rsidRPr="00810501" w:rsidRDefault="00717B41" w:rsidP="00717B41">
            <w:pPr>
              <w:spacing w:line="252" w:lineRule="auto"/>
              <w:jc w:val="both"/>
              <w:rPr>
                <w:rFonts w:ascii="微軟正黑體" w:eastAsia="微軟正黑體" w:hAnsi="微軟正黑體"/>
                <w:lang w:eastAsia="zh-TW"/>
              </w:rPr>
            </w:pPr>
            <w:r w:rsidRPr="00810501">
              <w:rPr>
                <w:rFonts w:ascii="微軟正黑體" w:eastAsia="微軟正黑體" w:hAnsi="微軟正黑體"/>
                <w:color w:val="333333"/>
                <w:sz w:val="18"/>
                <w:lang w:eastAsia="zh-TW"/>
              </w:rPr>
              <w:t>必要型、分析型、功能型、廣告型Cookie的名稱、用途、供應商及有效期間。</w:t>
            </w:r>
          </w:p>
        </w:tc>
        <w:tc>
          <w:tcPr>
            <w:tcW w:w="3496" w:type="dxa"/>
            <w:vAlign w:val="center"/>
          </w:tcPr>
          <w:p w14:paraId="71E46698" w14:textId="1AE8B724" w:rsidR="00717B41" w:rsidRPr="00810501" w:rsidRDefault="00717B41" w:rsidP="00717B41">
            <w:pPr>
              <w:spacing w:line="252" w:lineRule="auto"/>
              <w:jc w:val="both"/>
              <w:rPr>
                <w:rFonts w:ascii="微軟正黑體" w:eastAsia="微軟正黑體" w:hAnsi="微軟正黑體"/>
                <w:color w:val="333333"/>
                <w:sz w:val="18"/>
                <w:lang w:eastAsia="zh-TW"/>
              </w:rPr>
            </w:pPr>
            <w:r>
              <w:rPr>
                <w:rFonts w:ascii="微軟正黑體" w:eastAsia="微軟正黑體" w:hAnsi="微軟正黑體"/>
                <w:color w:val="333333"/>
                <w:sz w:val="17"/>
                <w:lang w:eastAsia="zh-TW"/>
              </w:rPr>
              <w:t>法務部／資訊</w:t>
            </w:r>
            <w:r>
              <w:rPr>
                <w:rFonts w:ascii="微軟正黑體" w:eastAsia="微軟正黑體" w:hAnsi="微軟正黑體" w:hint="eastAsia"/>
                <w:color w:val="333333"/>
                <w:sz w:val="17"/>
                <w:lang w:eastAsia="zh-TW"/>
              </w:rPr>
              <w:t>部</w:t>
            </w:r>
          </w:p>
        </w:tc>
        <w:tc>
          <w:tcPr>
            <w:tcW w:w="1134" w:type="dxa"/>
            <w:vAlign w:val="center"/>
          </w:tcPr>
          <w:p w14:paraId="422CF679" w14:textId="77777777" w:rsidR="00717B41" w:rsidRDefault="00717B41" w:rsidP="00717B41">
            <w:pPr>
              <w:spacing w:line="252" w:lineRule="auto"/>
              <w:jc w:val="center"/>
              <w:rPr>
                <w:rFonts w:ascii="微軟正黑體" w:eastAsia="微軟正黑體" w:hAnsi="微軟正黑體"/>
                <w:color w:val="333333"/>
                <w:sz w:val="17"/>
                <w:lang w:eastAsia="zh-TW"/>
              </w:rPr>
            </w:pPr>
          </w:p>
        </w:tc>
      </w:tr>
      <w:tr w:rsidR="00717B41" w:rsidRPr="00810501" w14:paraId="5FA87D8E" w14:textId="51F867E2" w:rsidTr="00717B41">
        <w:trPr>
          <w:cantSplit/>
          <w:jc w:val="center"/>
        </w:trPr>
        <w:tc>
          <w:tcPr>
            <w:tcW w:w="1713" w:type="dxa"/>
            <w:vMerge/>
            <w:shd w:val="clear" w:color="auto" w:fill="D9D2E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CB8B12A" w14:textId="77777777" w:rsidR="00717B41" w:rsidRPr="00810501" w:rsidRDefault="00717B41" w:rsidP="00717B41">
            <w:pPr>
              <w:jc w:val="both"/>
              <w:rPr>
                <w:rFonts w:ascii="微軟正黑體" w:eastAsia="微軟正黑體" w:hAnsi="微軟正黑體"/>
                <w:lang w:eastAsia="zh-TW"/>
              </w:rPr>
            </w:pPr>
          </w:p>
        </w:tc>
        <w:tc>
          <w:tcPr>
            <w:tcW w:w="212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4718D4B" w14:textId="77777777" w:rsidR="00717B41" w:rsidRPr="00810501" w:rsidRDefault="00717B41" w:rsidP="00717B41">
            <w:pPr>
              <w:spacing w:line="252" w:lineRule="auto"/>
              <w:jc w:val="both"/>
              <w:rPr>
                <w:rFonts w:ascii="微軟正黑體" w:eastAsia="微軟正黑體" w:hAnsi="微軟正黑體"/>
              </w:rPr>
            </w:pPr>
            <w:proofErr w:type="spellStart"/>
            <w:r w:rsidRPr="00810501">
              <w:rPr>
                <w:rFonts w:ascii="微軟正黑體" w:eastAsia="微軟正黑體" w:hAnsi="微軟正黑體"/>
                <w:b/>
                <w:color w:val="1F1F1F"/>
                <w:sz w:val="18"/>
              </w:rPr>
              <w:t>Cookie同意機制</w:t>
            </w:r>
            <w:proofErr w:type="spellEnd"/>
          </w:p>
        </w:tc>
        <w:tc>
          <w:tcPr>
            <w:tcW w:w="6803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3466BF6" w14:textId="77777777" w:rsidR="00717B41" w:rsidRPr="00810501" w:rsidRDefault="00717B41" w:rsidP="00717B41">
            <w:pPr>
              <w:spacing w:line="252" w:lineRule="auto"/>
              <w:jc w:val="both"/>
              <w:rPr>
                <w:rFonts w:ascii="微軟正黑體" w:eastAsia="微軟正黑體" w:hAnsi="微軟正黑體"/>
              </w:rPr>
            </w:pPr>
            <w:proofErr w:type="spellStart"/>
            <w:r w:rsidRPr="00810501">
              <w:rPr>
                <w:rFonts w:ascii="微軟正黑體" w:eastAsia="微軟正黑體" w:hAnsi="微軟正黑體"/>
                <w:color w:val="333333"/>
                <w:sz w:val="18"/>
              </w:rPr>
              <w:t>是否需要Cookie</w:t>
            </w:r>
            <w:proofErr w:type="spellEnd"/>
            <w:r w:rsidRPr="00810501">
              <w:rPr>
                <w:rFonts w:ascii="微軟正黑體" w:eastAsia="微軟正黑體" w:hAnsi="微軟正黑體"/>
                <w:color w:val="333333"/>
                <w:sz w:val="18"/>
              </w:rPr>
              <w:t xml:space="preserve"> </w:t>
            </w:r>
            <w:proofErr w:type="spellStart"/>
            <w:r w:rsidRPr="00810501">
              <w:rPr>
                <w:rFonts w:ascii="微軟正黑體" w:eastAsia="微軟正黑體" w:hAnsi="微軟正黑體"/>
                <w:color w:val="333333"/>
                <w:sz w:val="18"/>
              </w:rPr>
              <w:t>Banner、偏好設定、拒絕非必要Cookie及重新調整同意的方式</w:t>
            </w:r>
            <w:proofErr w:type="spellEnd"/>
            <w:r w:rsidRPr="00810501">
              <w:rPr>
                <w:rFonts w:ascii="微軟正黑體" w:eastAsia="微軟正黑體" w:hAnsi="微軟正黑體"/>
                <w:color w:val="333333"/>
                <w:sz w:val="18"/>
              </w:rPr>
              <w:t>。</w:t>
            </w:r>
          </w:p>
        </w:tc>
        <w:tc>
          <w:tcPr>
            <w:tcW w:w="3496" w:type="dxa"/>
            <w:vAlign w:val="center"/>
          </w:tcPr>
          <w:p w14:paraId="6B682C11" w14:textId="1A36F354" w:rsidR="00717B41" w:rsidRPr="00810501" w:rsidRDefault="00717B41" w:rsidP="00717B41">
            <w:pPr>
              <w:spacing w:line="252" w:lineRule="auto"/>
              <w:jc w:val="both"/>
              <w:rPr>
                <w:rFonts w:ascii="微軟正黑體" w:eastAsia="微軟正黑體" w:hAnsi="微軟正黑體"/>
                <w:color w:val="333333"/>
                <w:sz w:val="18"/>
                <w:lang w:eastAsia="zh-TW"/>
              </w:rPr>
            </w:pPr>
            <w:r>
              <w:rPr>
                <w:rFonts w:ascii="微軟正黑體" w:eastAsia="微軟正黑體" w:hAnsi="微軟正黑體"/>
                <w:color w:val="333333"/>
                <w:sz w:val="17"/>
                <w:lang w:eastAsia="zh-TW"/>
              </w:rPr>
              <w:t>資訊部</w:t>
            </w:r>
          </w:p>
        </w:tc>
        <w:tc>
          <w:tcPr>
            <w:tcW w:w="1134" w:type="dxa"/>
            <w:vAlign w:val="center"/>
          </w:tcPr>
          <w:p w14:paraId="41B62078" w14:textId="77777777" w:rsidR="00717B41" w:rsidRDefault="00717B41" w:rsidP="00717B41">
            <w:pPr>
              <w:spacing w:line="252" w:lineRule="auto"/>
              <w:jc w:val="center"/>
              <w:rPr>
                <w:rFonts w:ascii="微軟正黑體" w:eastAsia="微軟正黑體" w:hAnsi="微軟正黑體"/>
                <w:color w:val="333333"/>
                <w:sz w:val="17"/>
                <w:lang w:eastAsia="zh-TW"/>
              </w:rPr>
            </w:pPr>
          </w:p>
        </w:tc>
      </w:tr>
      <w:tr w:rsidR="00717B41" w:rsidRPr="00810501" w14:paraId="61D17A91" w14:textId="03086D7F" w:rsidTr="00717B41">
        <w:trPr>
          <w:cantSplit/>
          <w:jc w:val="center"/>
        </w:trPr>
        <w:tc>
          <w:tcPr>
            <w:tcW w:w="1713" w:type="dxa"/>
            <w:vMerge/>
            <w:shd w:val="clear" w:color="auto" w:fill="D9D2E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DE58B79" w14:textId="77777777" w:rsidR="00717B41" w:rsidRPr="00810501" w:rsidRDefault="00717B41" w:rsidP="00717B41">
            <w:pPr>
              <w:jc w:val="both"/>
              <w:rPr>
                <w:rFonts w:ascii="微軟正黑體" w:eastAsia="微軟正黑體" w:hAnsi="微軟正黑體"/>
                <w:lang w:eastAsia="zh-TW"/>
              </w:rPr>
            </w:pPr>
          </w:p>
        </w:tc>
        <w:tc>
          <w:tcPr>
            <w:tcW w:w="212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A248775" w14:textId="77777777" w:rsidR="00717B41" w:rsidRPr="00810501" w:rsidRDefault="00717B41" w:rsidP="00717B41">
            <w:pPr>
              <w:spacing w:line="252" w:lineRule="auto"/>
              <w:jc w:val="both"/>
              <w:rPr>
                <w:rFonts w:ascii="微軟正黑體" w:eastAsia="微軟正黑體" w:hAnsi="微軟正黑體"/>
              </w:rPr>
            </w:pPr>
            <w:proofErr w:type="spellStart"/>
            <w:r w:rsidRPr="00810501">
              <w:rPr>
                <w:rFonts w:ascii="微軟正黑體" w:eastAsia="微軟正黑體" w:hAnsi="微軟正黑體"/>
                <w:b/>
                <w:color w:val="1F1F1F"/>
                <w:sz w:val="18"/>
              </w:rPr>
              <w:t>網站使用條款</w:t>
            </w:r>
            <w:proofErr w:type="spellEnd"/>
          </w:p>
        </w:tc>
        <w:tc>
          <w:tcPr>
            <w:tcW w:w="6803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66D7FEC" w14:textId="77777777" w:rsidR="00717B41" w:rsidRPr="00810501" w:rsidRDefault="00717B41" w:rsidP="00717B41">
            <w:pPr>
              <w:spacing w:line="252" w:lineRule="auto"/>
              <w:jc w:val="both"/>
              <w:rPr>
                <w:rFonts w:ascii="微軟正黑體" w:eastAsia="微軟正黑體" w:hAnsi="微軟正黑體"/>
                <w:lang w:eastAsia="zh-TW"/>
              </w:rPr>
            </w:pPr>
            <w:r w:rsidRPr="00810501">
              <w:rPr>
                <w:rFonts w:ascii="微軟正黑體" w:eastAsia="微軟正黑體" w:hAnsi="微軟正黑體"/>
                <w:color w:val="333333"/>
                <w:sz w:val="18"/>
                <w:lang w:eastAsia="zh-TW"/>
              </w:rPr>
              <w:t>網站使用限制、禁止行為、帳號責任、內容規範及終止使用條件。</w:t>
            </w:r>
          </w:p>
        </w:tc>
        <w:tc>
          <w:tcPr>
            <w:tcW w:w="3496" w:type="dxa"/>
            <w:vAlign w:val="center"/>
          </w:tcPr>
          <w:p w14:paraId="4D37C0C9" w14:textId="29342165" w:rsidR="00717B41" w:rsidRPr="00810501" w:rsidRDefault="00717B41" w:rsidP="00717B41">
            <w:pPr>
              <w:spacing w:line="252" w:lineRule="auto"/>
              <w:jc w:val="both"/>
              <w:rPr>
                <w:rFonts w:ascii="微軟正黑體" w:eastAsia="微軟正黑體" w:hAnsi="微軟正黑體"/>
                <w:color w:val="333333"/>
                <w:sz w:val="18"/>
                <w:lang w:eastAsia="zh-TW"/>
              </w:rPr>
            </w:pPr>
            <w:r>
              <w:rPr>
                <w:rFonts w:ascii="微軟正黑體" w:eastAsia="微軟正黑體" w:hAnsi="微軟正黑體"/>
                <w:color w:val="333333"/>
                <w:sz w:val="17"/>
                <w:lang w:eastAsia="zh-TW"/>
              </w:rPr>
              <w:t>資訊部</w:t>
            </w:r>
          </w:p>
        </w:tc>
        <w:tc>
          <w:tcPr>
            <w:tcW w:w="1134" w:type="dxa"/>
            <w:vAlign w:val="center"/>
          </w:tcPr>
          <w:p w14:paraId="755D42B4" w14:textId="77777777" w:rsidR="00717B41" w:rsidRDefault="00717B41" w:rsidP="00717B41">
            <w:pPr>
              <w:spacing w:line="252" w:lineRule="auto"/>
              <w:jc w:val="center"/>
              <w:rPr>
                <w:rFonts w:ascii="微軟正黑體" w:eastAsia="微軟正黑體" w:hAnsi="微軟正黑體"/>
                <w:color w:val="333333"/>
                <w:sz w:val="17"/>
                <w:lang w:eastAsia="zh-TW"/>
              </w:rPr>
            </w:pPr>
          </w:p>
        </w:tc>
      </w:tr>
      <w:tr w:rsidR="00717B41" w:rsidRPr="00810501" w14:paraId="307040AD" w14:textId="15D4DB9F" w:rsidTr="00717B41">
        <w:trPr>
          <w:cantSplit/>
          <w:jc w:val="center"/>
        </w:trPr>
        <w:tc>
          <w:tcPr>
            <w:tcW w:w="1713" w:type="dxa"/>
            <w:vMerge/>
            <w:shd w:val="clear" w:color="auto" w:fill="D9D2E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C57F401" w14:textId="77777777" w:rsidR="00717B41" w:rsidRPr="00810501" w:rsidRDefault="00717B41" w:rsidP="00717B41">
            <w:pPr>
              <w:jc w:val="both"/>
              <w:rPr>
                <w:rFonts w:ascii="微軟正黑體" w:eastAsia="微軟正黑體" w:hAnsi="微軟正黑體"/>
                <w:lang w:eastAsia="zh-TW"/>
              </w:rPr>
            </w:pPr>
          </w:p>
        </w:tc>
        <w:tc>
          <w:tcPr>
            <w:tcW w:w="212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5389059" w14:textId="77777777" w:rsidR="00717B41" w:rsidRPr="00810501" w:rsidRDefault="00717B41" w:rsidP="00717B41">
            <w:pPr>
              <w:spacing w:line="252" w:lineRule="auto"/>
              <w:jc w:val="both"/>
              <w:rPr>
                <w:rFonts w:ascii="微軟正黑體" w:eastAsia="微軟正黑體" w:hAnsi="微軟正黑體"/>
              </w:rPr>
            </w:pPr>
            <w:proofErr w:type="spellStart"/>
            <w:r w:rsidRPr="00810501">
              <w:rPr>
                <w:rFonts w:ascii="微軟正黑體" w:eastAsia="微軟正黑體" w:hAnsi="微軟正黑體"/>
                <w:b/>
                <w:color w:val="1F1F1F"/>
                <w:sz w:val="18"/>
              </w:rPr>
              <w:t>智慧財產權聲明</w:t>
            </w:r>
            <w:proofErr w:type="spellEnd"/>
          </w:p>
        </w:tc>
        <w:tc>
          <w:tcPr>
            <w:tcW w:w="6803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60672D6" w14:textId="77777777" w:rsidR="00717B41" w:rsidRPr="00810501" w:rsidRDefault="00717B41" w:rsidP="00717B41">
            <w:pPr>
              <w:spacing w:line="252" w:lineRule="auto"/>
              <w:jc w:val="both"/>
              <w:rPr>
                <w:rFonts w:ascii="微軟正黑體" w:eastAsia="微軟正黑體" w:hAnsi="微軟正黑體"/>
                <w:lang w:eastAsia="zh-TW"/>
              </w:rPr>
            </w:pPr>
            <w:r w:rsidRPr="00810501">
              <w:rPr>
                <w:rFonts w:ascii="微軟正黑體" w:eastAsia="微軟正黑體" w:hAnsi="微軟正黑體"/>
                <w:color w:val="333333"/>
                <w:sz w:val="18"/>
                <w:lang w:eastAsia="zh-TW"/>
              </w:rPr>
              <w:t>網站文字、圖片、商標、影片、文件及下載內容的權利歸屬與使用限制。</w:t>
            </w:r>
          </w:p>
        </w:tc>
        <w:tc>
          <w:tcPr>
            <w:tcW w:w="3496" w:type="dxa"/>
            <w:vAlign w:val="center"/>
          </w:tcPr>
          <w:p w14:paraId="62FD4EA7" w14:textId="4FF1DC4F" w:rsidR="00717B41" w:rsidRPr="00810501" w:rsidRDefault="00717B41" w:rsidP="00717B41">
            <w:pPr>
              <w:spacing w:line="252" w:lineRule="auto"/>
              <w:jc w:val="both"/>
              <w:rPr>
                <w:rFonts w:ascii="微軟正黑體" w:eastAsia="微軟正黑體" w:hAnsi="微軟正黑體"/>
                <w:color w:val="333333"/>
                <w:sz w:val="18"/>
                <w:lang w:eastAsia="zh-TW"/>
              </w:rPr>
            </w:pPr>
            <w:r>
              <w:rPr>
                <w:rFonts w:ascii="微軟正黑體" w:eastAsia="微軟正黑體" w:hAnsi="微軟正黑體"/>
                <w:color w:val="333333"/>
                <w:sz w:val="17"/>
                <w:lang w:eastAsia="zh-TW"/>
              </w:rPr>
              <w:t>法務部</w:t>
            </w:r>
          </w:p>
        </w:tc>
        <w:tc>
          <w:tcPr>
            <w:tcW w:w="1134" w:type="dxa"/>
            <w:vAlign w:val="center"/>
          </w:tcPr>
          <w:p w14:paraId="21FA2048" w14:textId="77777777" w:rsidR="00717B41" w:rsidRDefault="00717B41" w:rsidP="00717B41">
            <w:pPr>
              <w:spacing w:line="252" w:lineRule="auto"/>
              <w:jc w:val="center"/>
              <w:rPr>
                <w:rFonts w:ascii="微軟正黑體" w:eastAsia="微軟正黑體" w:hAnsi="微軟正黑體"/>
                <w:color w:val="333333"/>
                <w:sz w:val="17"/>
                <w:lang w:eastAsia="zh-TW"/>
              </w:rPr>
            </w:pPr>
          </w:p>
        </w:tc>
      </w:tr>
      <w:tr w:rsidR="00717B41" w:rsidRPr="00810501" w14:paraId="1A4E6865" w14:textId="13B52281" w:rsidTr="00717B41">
        <w:trPr>
          <w:cantSplit/>
          <w:jc w:val="center"/>
        </w:trPr>
        <w:tc>
          <w:tcPr>
            <w:tcW w:w="1713" w:type="dxa"/>
            <w:vMerge/>
            <w:shd w:val="clear" w:color="auto" w:fill="D9D2E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D6E0AE2" w14:textId="77777777" w:rsidR="00717B41" w:rsidRPr="00810501" w:rsidRDefault="00717B41" w:rsidP="00717B41">
            <w:pPr>
              <w:jc w:val="both"/>
              <w:rPr>
                <w:rFonts w:ascii="微軟正黑體" w:eastAsia="微軟正黑體" w:hAnsi="微軟正黑體"/>
                <w:lang w:eastAsia="zh-TW"/>
              </w:rPr>
            </w:pPr>
          </w:p>
        </w:tc>
        <w:tc>
          <w:tcPr>
            <w:tcW w:w="212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1A4585E" w14:textId="77777777" w:rsidR="00717B41" w:rsidRPr="00810501" w:rsidRDefault="00717B41" w:rsidP="00717B41">
            <w:pPr>
              <w:spacing w:line="252" w:lineRule="auto"/>
              <w:jc w:val="both"/>
              <w:rPr>
                <w:rFonts w:ascii="微軟正黑體" w:eastAsia="微軟正黑體" w:hAnsi="微軟正黑體"/>
              </w:rPr>
            </w:pPr>
            <w:proofErr w:type="spellStart"/>
            <w:r w:rsidRPr="00810501">
              <w:rPr>
                <w:rFonts w:ascii="微軟正黑體" w:eastAsia="微軟正黑體" w:hAnsi="微軟正黑體"/>
                <w:b/>
                <w:color w:val="1F1F1F"/>
                <w:sz w:val="18"/>
              </w:rPr>
              <w:t>一般免責聲明</w:t>
            </w:r>
            <w:proofErr w:type="spellEnd"/>
          </w:p>
        </w:tc>
        <w:tc>
          <w:tcPr>
            <w:tcW w:w="6803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8DEE6EF" w14:textId="77777777" w:rsidR="00717B41" w:rsidRPr="00810501" w:rsidRDefault="00717B41" w:rsidP="00717B41">
            <w:pPr>
              <w:spacing w:line="252" w:lineRule="auto"/>
              <w:jc w:val="both"/>
              <w:rPr>
                <w:rFonts w:ascii="微軟正黑體" w:eastAsia="微軟正黑體" w:hAnsi="微軟正黑體"/>
                <w:lang w:eastAsia="zh-TW"/>
              </w:rPr>
            </w:pPr>
            <w:r w:rsidRPr="00810501">
              <w:rPr>
                <w:rFonts w:ascii="微軟正黑體" w:eastAsia="微軟正黑體" w:hAnsi="微軟正黑體"/>
                <w:color w:val="333333"/>
                <w:sz w:val="18"/>
                <w:lang w:eastAsia="zh-TW"/>
              </w:rPr>
              <w:t>資訊正確性、即時性、第三方連結、網站中斷及責任限制。</w:t>
            </w:r>
          </w:p>
        </w:tc>
        <w:tc>
          <w:tcPr>
            <w:tcW w:w="3496" w:type="dxa"/>
            <w:vAlign w:val="center"/>
          </w:tcPr>
          <w:p w14:paraId="096EF34B" w14:textId="0C9D9A85" w:rsidR="00717B41" w:rsidRPr="00810501" w:rsidRDefault="00717B41" w:rsidP="00717B41">
            <w:pPr>
              <w:spacing w:line="252" w:lineRule="auto"/>
              <w:jc w:val="both"/>
              <w:rPr>
                <w:rFonts w:ascii="微軟正黑體" w:eastAsia="微軟正黑體" w:hAnsi="微軟正黑體"/>
                <w:color w:val="333333"/>
                <w:sz w:val="18"/>
                <w:lang w:eastAsia="zh-TW"/>
              </w:rPr>
            </w:pPr>
            <w:r>
              <w:rPr>
                <w:rFonts w:ascii="微軟正黑體" w:eastAsia="微軟正黑體" w:hAnsi="微軟正黑體"/>
                <w:color w:val="333333"/>
                <w:sz w:val="17"/>
                <w:lang w:eastAsia="zh-TW"/>
              </w:rPr>
              <w:t>法務部</w:t>
            </w:r>
          </w:p>
        </w:tc>
        <w:tc>
          <w:tcPr>
            <w:tcW w:w="1134" w:type="dxa"/>
            <w:vAlign w:val="center"/>
          </w:tcPr>
          <w:p w14:paraId="26F9791E" w14:textId="77777777" w:rsidR="00717B41" w:rsidRDefault="00717B41" w:rsidP="00717B41">
            <w:pPr>
              <w:spacing w:line="252" w:lineRule="auto"/>
              <w:jc w:val="center"/>
              <w:rPr>
                <w:rFonts w:ascii="微軟正黑體" w:eastAsia="微軟正黑體" w:hAnsi="微軟正黑體"/>
                <w:color w:val="333333"/>
                <w:sz w:val="17"/>
                <w:lang w:eastAsia="zh-TW"/>
              </w:rPr>
            </w:pPr>
          </w:p>
        </w:tc>
      </w:tr>
      <w:tr w:rsidR="00717B41" w:rsidRPr="00810501" w14:paraId="2F33DF23" w14:textId="4BA84DF6" w:rsidTr="00717B41">
        <w:trPr>
          <w:cantSplit/>
          <w:jc w:val="center"/>
        </w:trPr>
        <w:tc>
          <w:tcPr>
            <w:tcW w:w="1713" w:type="dxa"/>
            <w:vMerge/>
            <w:shd w:val="clear" w:color="auto" w:fill="D9D2E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486D7E9" w14:textId="77777777" w:rsidR="00717B41" w:rsidRPr="00810501" w:rsidRDefault="00717B41" w:rsidP="00717B41">
            <w:pPr>
              <w:jc w:val="both"/>
              <w:rPr>
                <w:rFonts w:ascii="微軟正黑體" w:eastAsia="微軟正黑體" w:hAnsi="微軟正黑體"/>
                <w:lang w:eastAsia="zh-TW"/>
              </w:rPr>
            </w:pPr>
          </w:p>
        </w:tc>
        <w:tc>
          <w:tcPr>
            <w:tcW w:w="212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415F2BE" w14:textId="77777777" w:rsidR="00717B41" w:rsidRPr="00810501" w:rsidRDefault="00717B41" w:rsidP="00717B41">
            <w:pPr>
              <w:spacing w:line="252" w:lineRule="auto"/>
              <w:jc w:val="both"/>
              <w:rPr>
                <w:rFonts w:ascii="微軟正黑體" w:eastAsia="微軟正黑體" w:hAnsi="微軟正黑體"/>
              </w:rPr>
            </w:pPr>
            <w:proofErr w:type="spellStart"/>
            <w:r w:rsidRPr="00810501">
              <w:rPr>
                <w:rFonts w:ascii="微軟正黑體" w:eastAsia="微軟正黑體" w:hAnsi="微軟正黑體"/>
                <w:b/>
                <w:color w:val="1F1F1F"/>
                <w:sz w:val="18"/>
              </w:rPr>
              <w:t>聯絡窗口</w:t>
            </w:r>
            <w:proofErr w:type="spellEnd"/>
          </w:p>
        </w:tc>
        <w:tc>
          <w:tcPr>
            <w:tcW w:w="6803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90E287B" w14:textId="77777777" w:rsidR="00717B41" w:rsidRPr="00810501" w:rsidRDefault="00717B41" w:rsidP="00717B41">
            <w:pPr>
              <w:spacing w:line="252" w:lineRule="auto"/>
              <w:jc w:val="both"/>
              <w:rPr>
                <w:rFonts w:ascii="微軟正黑體" w:eastAsia="微軟正黑體" w:hAnsi="微軟正黑體"/>
                <w:lang w:eastAsia="zh-TW"/>
              </w:rPr>
            </w:pPr>
            <w:r w:rsidRPr="00810501">
              <w:rPr>
                <w:rFonts w:ascii="微軟正黑體" w:eastAsia="微軟正黑體" w:hAnsi="微軟正黑體"/>
                <w:color w:val="333333"/>
                <w:sz w:val="18"/>
                <w:lang w:eastAsia="zh-TW"/>
              </w:rPr>
              <w:t>個資、隱私、法務或申訴的聯絡信箱、電話及地址。</w:t>
            </w:r>
          </w:p>
        </w:tc>
        <w:tc>
          <w:tcPr>
            <w:tcW w:w="3496" w:type="dxa"/>
            <w:vAlign w:val="center"/>
          </w:tcPr>
          <w:p w14:paraId="1DD39355" w14:textId="153D8F4D" w:rsidR="00717B41" w:rsidRPr="00810501" w:rsidRDefault="00717B41" w:rsidP="00717B41">
            <w:pPr>
              <w:spacing w:line="252" w:lineRule="auto"/>
              <w:jc w:val="both"/>
              <w:rPr>
                <w:rFonts w:ascii="微軟正黑體" w:eastAsia="微軟正黑體" w:hAnsi="微軟正黑體"/>
                <w:color w:val="333333"/>
                <w:sz w:val="18"/>
                <w:lang w:eastAsia="zh-TW"/>
              </w:rPr>
            </w:pPr>
            <w:r>
              <w:rPr>
                <w:rFonts w:ascii="微軟正黑體" w:eastAsia="微軟正黑體" w:hAnsi="微軟正黑體"/>
                <w:color w:val="333333"/>
                <w:sz w:val="17"/>
                <w:lang w:eastAsia="zh-TW"/>
              </w:rPr>
              <w:t>法務部／客服或行政管理單位</w:t>
            </w:r>
          </w:p>
        </w:tc>
        <w:tc>
          <w:tcPr>
            <w:tcW w:w="1134" w:type="dxa"/>
            <w:vAlign w:val="center"/>
          </w:tcPr>
          <w:p w14:paraId="12C3BCF2" w14:textId="77777777" w:rsidR="00717B41" w:rsidRDefault="00717B41" w:rsidP="00717B41">
            <w:pPr>
              <w:spacing w:line="252" w:lineRule="auto"/>
              <w:jc w:val="center"/>
              <w:rPr>
                <w:rFonts w:ascii="微軟正黑體" w:eastAsia="微軟正黑體" w:hAnsi="微軟正黑體"/>
                <w:color w:val="333333"/>
                <w:sz w:val="17"/>
                <w:lang w:eastAsia="zh-TW"/>
              </w:rPr>
            </w:pPr>
          </w:p>
        </w:tc>
      </w:tr>
    </w:tbl>
    <w:p w14:paraId="021BB658" w14:textId="77777777" w:rsidR="00D70E29" w:rsidRPr="00810501" w:rsidRDefault="00D70E29">
      <w:pPr>
        <w:rPr>
          <w:rFonts w:ascii="微軟正黑體" w:eastAsia="微軟正黑體" w:hAnsi="微軟正黑體"/>
          <w:lang w:eastAsia="zh-TW"/>
        </w:rPr>
      </w:pPr>
    </w:p>
    <w:sectPr w:rsidR="00D70E29" w:rsidRPr="00810501" w:rsidSect="00034616">
      <w:footerReference w:type="default" r:id="rId8"/>
      <w:pgSz w:w="16834" w:h="11909" w:orient="landscape"/>
      <w:pgMar w:top="792" w:right="792" w:bottom="792" w:left="79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F2EC7B" w14:textId="77777777" w:rsidR="003E529D" w:rsidRDefault="003E529D">
      <w:pPr>
        <w:spacing w:after="0" w:line="240" w:lineRule="auto"/>
      </w:pPr>
      <w:r>
        <w:separator/>
      </w:r>
    </w:p>
  </w:endnote>
  <w:endnote w:type="continuationSeparator" w:id="0">
    <w:p w14:paraId="17C90779" w14:textId="77777777" w:rsidR="003E529D" w:rsidRDefault="003E52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oto Sans CJK TC">
    <w:altName w:val="Cambria"/>
    <w:panose1 w:val="020B06040202020202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微軟正黑體">
    <w:altName w:val="Microsoft JhengHei"/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B07ED" w14:textId="77777777" w:rsidR="004438E1" w:rsidRDefault="00000000">
    <w:pPr>
      <w:pStyle w:val="a7"/>
      <w:spacing w:before="60"/>
      <w:jc w:val="center"/>
      <w:rPr>
        <w:lang w:eastAsia="zh-TW"/>
      </w:rPr>
    </w:pPr>
    <w:r>
      <w:rPr>
        <w:color w:val="6E6E6E"/>
        <w:sz w:val="16"/>
        <w:lang w:eastAsia="zh-TW"/>
      </w:rPr>
      <w:t>本表為網站資料蒐集初版，實際內容應依公司組織、產業法規、資訊揭露需求及專案範圍調整。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C82046" w14:textId="77777777" w:rsidR="003E529D" w:rsidRDefault="003E529D">
      <w:pPr>
        <w:spacing w:after="0" w:line="240" w:lineRule="auto"/>
      </w:pPr>
      <w:r>
        <w:separator/>
      </w:r>
    </w:p>
  </w:footnote>
  <w:footnote w:type="continuationSeparator" w:id="0">
    <w:p w14:paraId="42496848" w14:textId="77777777" w:rsidR="003E529D" w:rsidRDefault="003E52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22716859">
    <w:abstractNumId w:val="8"/>
  </w:num>
  <w:num w:numId="2" w16cid:durableId="1495805406">
    <w:abstractNumId w:val="6"/>
  </w:num>
  <w:num w:numId="3" w16cid:durableId="522521992">
    <w:abstractNumId w:val="5"/>
  </w:num>
  <w:num w:numId="4" w16cid:durableId="355353378">
    <w:abstractNumId w:val="4"/>
  </w:num>
  <w:num w:numId="5" w16cid:durableId="772676168">
    <w:abstractNumId w:val="7"/>
  </w:num>
  <w:num w:numId="6" w16cid:durableId="1587421385">
    <w:abstractNumId w:val="3"/>
  </w:num>
  <w:num w:numId="7" w16cid:durableId="2109277469">
    <w:abstractNumId w:val="2"/>
  </w:num>
  <w:num w:numId="8" w16cid:durableId="1106658836">
    <w:abstractNumId w:val="1"/>
  </w:num>
  <w:num w:numId="9" w16cid:durableId="2405315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E529D"/>
    <w:rsid w:val="004438E1"/>
    <w:rsid w:val="004635CE"/>
    <w:rsid w:val="004A6C44"/>
    <w:rsid w:val="00561606"/>
    <w:rsid w:val="005A5045"/>
    <w:rsid w:val="00717B41"/>
    <w:rsid w:val="00733CB7"/>
    <w:rsid w:val="00810501"/>
    <w:rsid w:val="0082342A"/>
    <w:rsid w:val="00842BE9"/>
    <w:rsid w:val="00AA1D8D"/>
    <w:rsid w:val="00B42808"/>
    <w:rsid w:val="00B47730"/>
    <w:rsid w:val="00B500FD"/>
    <w:rsid w:val="00B97810"/>
    <w:rsid w:val="00CB0664"/>
    <w:rsid w:val="00D242AD"/>
    <w:rsid w:val="00D70E29"/>
    <w:rsid w:val="00DD56EB"/>
    <w:rsid w:val="00E41CF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4940861"/>
  <w14:defaultImageDpi w14:val="300"/>
  <w15:docId w15:val="{41CDB792-775B-674C-BD04-781B35BAC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Noto Sans CJK TC" w:eastAsia="Noto Sans CJK TC" w:hAnsi="Noto Sans CJK TC"/>
      <w:sz w:val="20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頁首 字元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頁尾 字元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標題 1 字元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標題 2 字元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標題 3 字元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標題 字元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標題 字元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字元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字元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字元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巨集文字 字元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文 字元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標題 4 字元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標題 5 字元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標題 6 字元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標題 7 字元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標題 8 字元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標題 9 字元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鮮明引文 字元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1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2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3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4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5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6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7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8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9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a">
    <w:name w:val="Revision"/>
    <w:hidden/>
    <w:uiPriority w:val="99"/>
    <w:semiHidden/>
    <w:rsid w:val="00DD56EB"/>
    <w:pPr>
      <w:spacing w:after="0" w:line="240" w:lineRule="auto"/>
    </w:pPr>
    <w:rPr>
      <w:rFonts w:ascii="Noto Sans CJK TC" w:eastAsia="Noto Sans CJK TC" w:hAnsi="Noto Sans CJK TC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5</Pages>
  <Words>559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3744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Kelsey Wang</cp:lastModifiedBy>
  <cp:revision>8</cp:revision>
  <dcterms:created xsi:type="dcterms:W3CDTF">2013-12-23T23:15:00Z</dcterms:created>
  <dcterms:modified xsi:type="dcterms:W3CDTF">2026-07-30T03:04:00Z</dcterms:modified>
  <cp:category/>
</cp:coreProperties>
</file>